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5C75C5" w:rsidR="006C3BAA" w:rsidRDefault="006C3BAA" w14:paraId="03415E19" w14:textId="4BFF390E">
      <w:pPr>
        <w:rPr>
          <w:sz w:val="36"/>
          <w:szCs w:val="36"/>
        </w:rPr>
      </w:pPr>
    </w:p>
    <w:p w:rsidRPr="005C75C5" w:rsidR="006C3BAA" w:rsidRDefault="00F82E53" w14:paraId="7DC38DD7" w14:textId="11CE15B6">
      <w:pPr>
        <w:jc w:val="center"/>
        <w:rPr>
          <w:sz w:val="36"/>
          <w:szCs w:val="36"/>
        </w:rPr>
      </w:pPr>
      <w:r w:rsidRPr="005C75C5">
        <w:rPr>
          <w:b/>
          <w:sz w:val="36"/>
          <w:szCs w:val="36"/>
        </w:rPr>
        <w:t>HOLBROOK AVON YOUTH SOCCER ASSOCIATION, INC.</w:t>
      </w:r>
      <w:r w:rsidRPr="005C75C5" w:rsidR="00A03D5B">
        <w:rPr>
          <w:b/>
          <w:sz w:val="36"/>
          <w:szCs w:val="36"/>
        </w:rPr>
        <w:t xml:space="preserve"> (HAYSA)</w:t>
      </w:r>
    </w:p>
    <w:p w:rsidRPr="005C75C5" w:rsidR="006C3BAA" w:rsidRDefault="00F82E53" w14:paraId="52256A1E" w14:textId="77777777">
      <w:pPr>
        <w:jc w:val="center"/>
        <w:rPr>
          <w:b/>
          <w:sz w:val="36"/>
          <w:szCs w:val="36"/>
        </w:rPr>
      </w:pPr>
      <w:r w:rsidRPr="005C75C5">
        <w:rPr>
          <w:b/>
          <w:sz w:val="36"/>
          <w:szCs w:val="36"/>
        </w:rPr>
        <w:t>BYLAWS</w:t>
      </w:r>
    </w:p>
    <w:p w:rsidRPr="005C75C5" w:rsidR="00A03D5B" w:rsidRDefault="00A03D5B" w14:paraId="35896CE3" w14:textId="60248D09">
      <w:pPr>
        <w:jc w:val="center"/>
        <w:rPr>
          <w:sz w:val="36"/>
          <w:szCs w:val="36"/>
        </w:rPr>
      </w:pPr>
      <w:r w:rsidRPr="005C75C5">
        <w:rPr>
          <w:noProof/>
        </w:rPr>
        <w:drawing>
          <wp:inline distT="0" distB="0" distL="0" distR="0" wp14:anchorId="75438EA6" wp14:editId="3BC4643A">
            <wp:extent cx="962025" cy="868045"/>
            <wp:effectExtent l="0" t="0" r="9525" b="825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1"/>
                    <a:srcRect/>
                    <a:stretch>
                      <a:fillRect/>
                    </a:stretch>
                  </pic:blipFill>
                  <pic:spPr>
                    <a:xfrm>
                      <a:off x="0" y="0"/>
                      <a:ext cx="962025" cy="868045"/>
                    </a:xfrm>
                    <a:prstGeom prst="rect">
                      <a:avLst/>
                    </a:prstGeom>
                    <a:ln/>
                  </pic:spPr>
                </pic:pic>
              </a:graphicData>
            </a:graphic>
          </wp:inline>
        </w:drawing>
      </w:r>
    </w:p>
    <w:p w:rsidRPr="005C75C5" w:rsidR="006C3BAA" w:rsidP="00A03D5B" w:rsidRDefault="00F82E53" w14:paraId="37DD99B2" w14:textId="4A335C0A">
      <w:pPr>
        <w:jc w:val="center"/>
      </w:pPr>
      <w:r w:rsidRPr="005C75C5">
        <w:rPr>
          <w:b/>
          <w:sz w:val="28"/>
        </w:rPr>
        <w:t>ARTICLE I</w:t>
      </w:r>
    </w:p>
    <w:p w:rsidRPr="005C75C5" w:rsidR="006C3BAA" w:rsidRDefault="00F82E53" w14:paraId="4B5E131D" w14:textId="77777777">
      <w:pPr>
        <w:jc w:val="center"/>
      </w:pPr>
      <w:r w:rsidRPr="005C75C5">
        <w:rPr>
          <w:b/>
          <w:sz w:val="24"/>
        </w:rPr>
        <w:t>NAME</w:t>
      </w:r>
    </w:p>
    <w:p w:rsidRPr="005C75C5" w:rsidR="006C3BAA" w:rsidRDefault="00F82E53" w14:paraId="73101267" w14:textId="77777777">
      <w:r w:rsidRPr="005C75C5">
        <w:rPr>
          <w:b/>
        </w:rPr>
        <w:t>Section 1.01 Name</w:t>
      </w:r>
    </w:p>
    <w:p w:rsidRPr="005C75C5" w:rsidR="006C3BAA" w:rsidRDefault="00F82E53" w14:paraId="4A9EF593" w14:textId="77777777">
      <w:r w:rsidRPr="005C75C5">
        <w:t>The name of this organization shall be Holbrook Avon Youth Soccer Association, Inc. ("HAYSA").</w:t>
      </w:r>
    </w:p>
    <w:p w:rsidRPr="005C75C5" w:rsidR="006C3BAA" w:rsidP="00A03D5B" w:rsidRDefault="00F82E53" w14:paraId="60BA777D" w14:textId="648DA4D0">
      <w:pPr>
        <w:jc w:val="center"/>
      </w:pPr>
      <w:r w:rsidRPr="005C75C5">
        <w:rPr>
          <w:b/>
          <w:sz w:val="28"/>
        </w:rPr>
        <w:t>ARTICLE II</w:t>
      </w:r>
    </w:p>
    <w:p w:rsidRPr="005C75C5" w:rsidR="006C3BAA" w:rsidRDefault="00F82E53" w14:paraId="6C86D2A5" w14:textId="77777777">
      <w:pPr>
        <w:jc w:val="center"/>
      </w:pPr>
      <w:r w:rsidRPr="005C75C5">
        <w:rPr>
          <w:b/>
          <w:sz w:val="24"/>
        </w:rPr>
        <w:t>CORPORATE PURPOSE</w:t>
      </w:r>
    </w:p>
    <w:p w:rsidRPr="005C75C5" w:rsidR="006C3BAA" w:rsidRDefault="00F82E53" w14:paraId="0B4BF4C9" w14:textId="77777777">
      <w:r w:rsidRPr="005C75C5">
        <w:rPr>
          <w:b/>
        </w:rPr>
        <w:t>Section 2.01 Nonprofit Purpose</w:t>
      </w:r>
    </w:p>
    <w:p w:rsidRPr="005C75C5" w:rsidR="006C3BAA" w:rsidRDefault="00F82E53" w14:paraId="7BFA8BC6" w14:textId="77777777">
      <w:r w:rsidRPr="005C75C5">
        <w:t>HAYSA is organized and operated exclusively for charitable and educational purposes within the meaning of Section 501(c)(3) of the Internal Revenue Code, as amended.</w:t>
      </w:r>
    </w:p>
    <w:p w:rsidRPr="005C75C5" w:rsidR="006C3BAA" w:rsidRDefault="00F82E53" w14:paraId="55D11314" w14:textId="77777777">
      <w:r w:rsidRPr="005C75C5">
        <w:t>The purpose of HAYSA is to foster, promote, and advance youth soccer by providing organized recreational and competitive soccer programs that encourage player development, sportsmanship, teamwork, community involvement, and a positive athletic experience for all participants.</w:t>
      </w:r>
    </w:p>
    <w:p w:rsidRPr="005C75C5" w:rsidR="006C3BAA" w:rsidRDefault="00F82E53" w14:paraId="50D5D2B0" w14:textId="77777777">
      <w:r w:rsidRPr="005C75C5">
        <w:rPr>
          <w:b/>
        </w:rPr>
        <w:t>Section 2.02 Specific Purpose</w:t>
      </w:r>
    </w:p>
    <w:p w:rsidRPr="005C75C5" w:rsidR="006C3BAA" w:rsidRDefault="00F82E53" w14:paraId="36007D69" w14:textId="77777777">
      <w:r w:rsidRPr="005C75C5">
        <w:t>HAYSA is organized exclusively for the benefit of children through participation in youth soccer programs and related educational, recreational, and developmental activities.</w:t>
      </w:r>
    </w:p>
    <w:p w:rsidRPr="005C75C5" w:rsidR="006C3BAA" w:rsidRDefault="00F82E53" w14:paraId="4BD7E5F5" w14:textId="77777777">
      <w:r w:rsidRPr="005C75C5">
        <w:rPr>
          <w:b/>
        </w:rPr>
        <w:t>Section 2.03 Powers</w:t>
      </w:r>
    </w:p>
    <w:p w:rsidRPr="005C75C5" w:rsidR="006C3BAA" w:rsidRDefault="00F82E53" w14:paraId="349DC66A" w14:textId="77777777">
      <w:r w:rsidRPr="005C75C5">
        <w:t>HAYSA shall possess all powers permitted to nonprofit corporations under the laws of the Commonwealth of Massachusetts necessary or convenient to carry out its charitable purposes.</w:t>
      </w:r>
    </w:p>
    <w:p w:rsidRPr="005C75C5" w:rsidR="006C3BAA" w:rsidRDefault="00F82E53" w14:paraId="23D1A541" w14:textId="77777777">
      <w:r w:rsidRPr="005C75C5">
        <w:t>Such powers shall include, but not be limited to:</w:t>
      </w:r>
    </w:p>
    <w:p w:rsidRPr="005C75C5" w:rsidR="006C3BAA" w:rsidRDefault="00F82E53" w14:paraId="3CBD72CC" w14:textId="77777777">
      <w:pPr>
        <w:ind w:left="504"/>
      </w:pPr>
      <w:r w:rsidRPr="005C75C5">
        <w:t xml:space="preserve">(a) Accepting financial </w:t>
      </w:r>
      <w:proofErr w:type="gramStart"/>
      <w:r w:rsidRPr="005C75C5">
        <w:t>and in-</w:t>
      </w:r>
      <w:proofErr w:type="gramEnd"/>
      <w:r w:rsidRPr="005C75C5">
        <w:t>kind contributions;</w:t>
      </w:r>
    </w:p>
    <w:p w:rsidRPr="005C75C5" w:rsidR="006C3BAA" w:rsidRDefault="00F82E53" w14:paraId="4AE9E130" w14:textId="77777777">
      <w:pPr>
        <w:ind w:left="504"/>
      </w:pPr>
      <w:r w:rsidRPr="005C75C5">
        <w:t>(b) Entering into contracts and agreements necessary to conduct HAYSA business;</w:t>
      </w:r>
    </w:p>
    <w:p w:rsidRPr="005C75C5" w:rsidR="006C3BAA" w:rsidRDefault="00F82E53" w14:paraId="0970C98E" w14:textId="77777777">
      <w:pPr>
        <w:ind w:left="504"/>
      </w:pPr>
      <w:r w:rsidRPr="005C75C5">
        <w:t>(c) Acquiring, maintaining, and disposing of equipment and property;</w:t>
      </w:r>
    </w:p>
    <w:p w:rsidRPr="005C75C5" w:rsidR="006C3BAA" w:rsidRDefault="00F82E53" w14:paraId="46F0FB44" w14:textId="77777777">
      <w:pPr>
        <w:ind w:left="504"/>
      </w:pPr>
      <w:r w:rsidRPr="005C75C5">
        <w:t>(d) Organizing and administering youth soccer programs;</w:t>
      </w:r>
    </w:p>
    <w:p w:rsidRPr="005C75C5" w:rsidR="006C3BAA" w:rsidRDefault="00F82E53" w14:paraId="25E43FC3" w14:textId="77777777">
      <w:pPr>
        <w:ind w:left="504"/>
      </w:pPr>
      <w:r w:rsidRPr="005C75C5">
        <w:t>(e) Conducting fundraising activities; and</w:t>
      </w:r>
    </w:p>
    <w:p w:rsidRPr="005C75C5" w:rsidR="006C3BAA" w:rsidRDefault="00F82E53" w14:paraId="406EF06F" w14:textId="77777777">
      <w:pPr>
        <w:ind w:left="504"/>
      </w:pPr>
      <w:r w:rsidRPr="005C75C5">
        <w:t>(f) Cooperating with organizations whose activities further the purposes of HAYSA.</w:t>
      </w:r>
    </w:p>
    <w:p w:rsidRPr="005C75C5" w:rsidR="006C3BAA" w:rsidRDefault="00F82E53" w14:paraId="7B0AAEEF" w14:textId="77777777">
      <w:r w:rsidRPr="005C75C5">
        <w:rPr>
          <w:b/>
        </w:rPr>
        <w:t>Section 2.04 Nonprofit Status and Limitations</w:t>
      </w:r>
    </w:p>
    <w:p w:rsidRPr="005C75C5" w:rsidR="006C3BAA" w:rsidRDefault="00F82E53" w14:paraId="63E5F425" w14:textId="77777777">
      <w:r w:rsidRPr="005C75C5">
        <w:t>HAYSA is a Massachusetts nonprofit public benefit corporation recognized as exempt from federal income taxation under Section 501(c)(3) of the Internal Revenue Code, as amended.</w:t>
      </w:r>
    </w:p>
    <w:p w:rsidRPr="005C75C5" w:rsidR="006C3BAA" w:rsidRDefault="00F82E53" w14:paraId="07D409E2" w14:textId="77777777">
      <w:r w:rsidRPr="005C75C5">
        <w:t>Notwithstanding any other provision of these Bylaws, HAYSA shall not engage in any activity that is not permitted to be carried on by:</w:t>
      </w:r>
    </w:p>
    <w:p w:rsidRPr="005C75C5" w:rsidR="006C3BAA" w:rsidRDefault="00F82E53" w14:paraId="6C8BDFCB" w14:textId="77777777">
      <w:pPr>
        <w:ind w:left="504"/>
      </w:pPr>
      <w:r w:rsidRPr="005C75C5">
        <w:t>(a) An organization exempt from federal income taxation under Section 501(c)(3) of the Internal Revenue Code, as amended; or</w:t>
      </w:r>
    </w:p>
    <w:p w:rsidRPr="005C75C5" w:rsidR="006C3BAA" w:rsidRDefault="00F82E53" w14:paraId="4D154D88" w14:textId="77777777">
      <w:pPr>
        <w:ind w:left="504"/>
      </w:pPr>
      <w:r w:rsidRPr="005C75C5">
        <w:t>(b) An organization to which contributions are deductible under Section 170(c)(2) of the Internal Revenue Code, as amended.</w:t>
      </w:r>
    </w:p>
    <w:p w:rsidRPr="005C75C5" w:rsidR="006C3BAA" w:rsidRDefault="00F82E53" w14:paraId="454C2BB4" w14:textId="77777777">
      <w:r w:rsidRPr="005C75C5">
        <w:rPr>
          <w:b/>
        </w:rPr>
        <w:t>Section 2.05 Affiliations</w:t>
      </w:r>
    </w:p>
    <w:p w:rsidRPr="005C75C5" w:rsidR="006C3BAA" w:rsidRDefault="00F82E53" w14:paraId="1635754E" w14:textId="77777777">
      <w:r w:rsidRPr="005C75C5">
        <w:t>HAYSA shall maintain affiliation with:</w:t>
      </w:r>
    </w:p>
    <w:p w:rsidRPr="005C75C5" w:rsidR="006C3BAA" w:rsidRDefault="00F82E53" w14:paraId="1BE1EDCE" w14:textId="77777777">
      <w:pPr>
        <w:ind w:left="504"/>
      </w:pPr>
      <w:r w:rsidRPr="005C75C5">
        <w:t>(a) Massachusetts Youth Soccer Association ("MYSA");</w:t>
      </w:r>
    </w:p>
    <w:p w:rsidRPr="005C75C5" w:rsidR="006C3BAA" w:rsidRDefault="00F82E53" w14:paraId="456CC1B7" w14:textId="77777777">
      <w:pPr>
        <w:ind w:left="504"/>
      </w:pPr>
      <w:r w:rsidRPr="005C75C5">
        <w:t>(b) United States Youth Soccer ("USYS"); and</w:t>
      </w:r>
    </w:p>
    <w:p w:rsidRPr="005C75C5" w:rsidR="006C3BAA" w:rsidRDefault="00F82E53" w14:paraId="78506710" w14:textId="77777777">
      <w:pPr>
        <w:ind w:left="504"/>
      </w:pPr>
      <w:r w:rsidRPr="005C75C5">
        <w:t>(c) United States Soccer Federation ("USSF").</w:t>
      </w:r>
    </w:p>
    <w:p w:rsidRPr="005C75C5" w:rsidR="006C3BAA" w:rsidRDefault="00F82E53" w14:paraId="3F8ECBFF" w14:textId="77777777">
      <w:r w:rsidRPr="005C75C5">
        <w:t>To the extent permitted by law, these Bylaws shall be interpreted consistently with the governing documents, policies, and requirements of MYSA, USYS, and USSF.</w:t>
      </w:r>
    </w:p>
    <w:p w:rsidRPr="005C75C5" w:rsidR="006C3BAA" w:rsidRDefault="00F82E53" w14:paraId="6434C0CA" w14:textId="77777777">
      <w:r w:rsidRPr="005C75C5">
        <w:t>In the event of a conflict between these Bylaws and the governing documents, policies, or requirements of MYSA, USYS, or USSF, the governing documents, policies, or requirements of those organizations shall govern only to the extent required by affiliation rules or applicable law.</w:t>
      </w:r>
    </w:p>
    <w:p w:rsidRPr="005C75C5" w:rsidR="006C3BAA" w:rsidP="00A03D5B" w:rsidRDefault="00F82E53" w14:paraId="40957318" w14:textId="0216AF9D">
      <w:pPr>
        <w:jc w:val="center"/>
      </w:pPr>
      <w:r w:rsidRPr="005C75C5">
        <w:rPr>
          <w:b/>
          <w:sz w:val="28"/>
        </w:rPr>
        <w:t>ARTICLE III</w:t>
      </w:r>
    </w:p>
    <w:p w:rsidRPr="005C75C5" w:rsidR="006C3BAA" w:rsidRDefault="00F82E53" w14:paraId="406D313E" w14:textId="77777777">
      <w:pPr>
        <w:jc w:val="center"/>
      </w:pPr>
      <w:r w:rsidRPr="005C75C5">
        <w:rPr>
          <w:b/>
          <w:sz w:val="24"/>
        </w:rPr>
        <w:t>MEMBERSHIP</w:t>
      </w:r>
    </w:p>
    <w:p w:rsidRPr="005C75C5" w:rsidR="006C3BAA" w:rsidRDefault="00F82E53" w14:paraId="3806E2FA" w14:textId="77777777">
      <w:r w:rsidRPr="005C75C5">
        <w:rPr>
          <w:b/>
        </w:rPr>
        <w:t>Section 3.01 Membership Categories</w:t>
      </w:r>
    </w:p>
    <w:p w:rsidRPr="005C75C5" w:rsidR="006C3BAA" w:rsidRDefault="00F82E53" w14:paraId="7B3E6749" w14:textId="77777777">
      <w:r w:rsidRPr="005C75C5">
        <w:t>Membership in HAYSA shall consist of the following categories:</w:t>
      </w:r>
    </w:p>
    <w:p w:rsidRPr="005C75C5" w:rsidR="006C3BAA" w:rsidRDefault="00F82E53" w14:paraId="240D4CE3" w14:textId="77777777">
      <w:pPr>
        <w:ind w:left="504"/>
      </w:pPr>
      <w:r w:rsidRPr="005C75C5">
        <w:t>(a) Player Membership;</w:t>
      </w:r>
    </w:p>
    <w:p w:rsidRPr="005C75C5" w:rsidR="006C3BAA" w:rsidRDefault="00F82E53" w14:paraId="2D4B7390" w14:textId="77777777">
      <w:pPr>
        <w:ind w:left="504"/>
      </w:pPr>
      <w:r w:rsidRPr="005C75C5">
        <w:t>(b) Regular Membership;</w:t>
      </w:r>
    </w:p>
    <w:p w:rsidRPr="005C75C5" w:rsidR="006C3BAA" w:rsidRDefault="00F82E53" w14:paraId="429D1FA6" w14:textId="77777777">
      <w:pPr>
        <w:ind w:left="504"/>
      </w:pPr>
      <w:r w:rsidRPr="005C75C5">
        <w:t>(c) Coach Membership; and</w:t>
      </w:r>
    </w:p>
    <w:p w:rsidRPr="005C75C5" w:rsidR="006C3BAA" w:rsidRDefault="00F82E53" w14:paraId="20D3EFF5" w14:textId="77777777">
      <w:pPr>
        <w:ind w:left="504"/>
      </w:pPr>
      <w:r w:rsidRPr="005C75C5">
        <w:t>(d) Volunteer Membership.</w:t>
      </w:r>
    </w:p>
    <w:p w:rsidRPr="005C75C5" w:rsidR="006C3BAA" w:rsidRDefault="00F82E53" w14:paraId="7DA95CDF" w14:textId="77777777">
      <w:r w:rsidRPr="005C75C5">
        <w:rPr>
          <w:b/>
        </w:rPr>
        <w:t>Section 3.02 Player Membership</w:t>
      </w:r>
    </w:p>
    <w:p w:rsidRPr="005C75C5" w:rsidR="006C3BAA" w:rsidRDefault="00F82E53" w14:paraId="655CD32A" w14:textId="77777777">
      <w:r w:rsidRPr="005C75C5">
        <w:t>Any child whose parent or legal guardian completes all required registration materials, releases, waivers, and fees established by HAYSA shall be eligible for Player Membership.</w:t>
      </w:r>
    </w:p>
    <w:p w:rsidRPr="005C75C5" w:rsidR="006C3BAA" w:rsidRDefault="00F82E53" w14:paraId="351DF1B6" w14:textId="77777777">
      <w:r w:rsidRPr="005C75C5">
        <w:rPr>
          <w:b/>
        </w:rPr>
        <w:t>Section 3.03 Regular Membership</w:t>
      </w:r>
    </w:p>
    <w:p w:rsidRPr="005C75C5" w:rsidR="006C3BAA" w:rsidRDefault="00F82E53" w14:paraId="58CEABD5" w14:textId="77777777">
      <w:r w:rsidRPr="005C75C5">
        <w:t>Any parent or legal guardian of an Active Player shall be eligible for Regular Membership.</w:t>
      </w:r>
    </w:p>
    <w:p w:rsidRPr="005C75C5" w:rsidR="006C3BAA" w:rsidRDefault="00F82E53" w14:paraId="0BA2E69F" w14:textId="77777777">
      <w:r w:rsidRPr="005C75C5">
        <w:rPr>
          <w:b/>
        </w:rPr>
        <w:t>Section 3.04 Coach Membership</w:t>
      </w:r>
    </w:p>
    <w:p w:rsidRPr="005C75C5" w:rsidR="006C3BAA" w:rsidRDefault="00F82E53" w14:paraId="037605E2" w14:textId="77777777">
      <w:r w:rsidRPr="005C75C5">
        <w:t>Any individual eighteen (18) years of age or older who volunteers as a coach and does not otherwise qualify for Regular Membership shall be eligible for Coach Membership.</w:t>
      </w:r>
    </w:p>
    <w:p w:rsidRPr="005C75C5" w:rsidR="006C3BAA" w:rsidRDefault="00F82E53" w14:paraId="61CC5158" w14:textId="77777777">
      <w:r w:rsidRPr="005C75C5">
        <w:t>Prior to serving, Coach Members shall:</w:t>
      </w:r>
    </w:p>
    <w:p w:rsidRPr="005C75C5" w:rsidR="006C3BAA" w:rsidRDefault="00F82E53" w14:paraId="7659772E" w14:textId="77777777">
      <w:pPr>
        <w:ind w:left="504"/>
      </w:pPr>
      <w:r w:rsidRPr="005C75C5">
        <w:t>(a) Complete all registration requirements required by MYSA;</w:t>
      </w:r>
    </w:p>
    <w:p w:rsidRPr="005C75C5" w:rsidR="006C3BAA" w:rsidRDefault="00F82E53" w14:paraId="613E1439" w14:textId="77777777">
      <w:pPr>
        <w:ind w:left="504"/>
      </w:pPr>
      <w:r w:rsidRPr="005C75C5">
        <w:t>(b) Successfully complete all required background screening and CORI checks;</w:t>
      </w:r>
    </w:p>
    <w:p w:rsidRPr="005C75C5" w:rsidR="006C3BAA" w:rsidRDefault="00F82E53" w14:paraId="259AB9EE" w14:textId="77777777">
      <w:pPr>
        <w:ind w:left="504"/>
      </w:pPr>
      <w:r w:rsidRPr="005C75C5">
        <w:t>(c) Complete all training required by HAYSA, MYSA, USYS, or USSF; and</w:t>
      </w:r>
    </w:p>
    <w:p w:rsidRPr="005C75C5" w:rsidR="006C3BAA" w:rsidRDefault="00F82E53" w14:paraId="3BDBB687" w14:textId="77777777">
      <w:pPr>
        <w:ind w:left="504"/>
      </w:pPr>
      <w:r w:rsidRPr="005C75C5">
        <w:t>(d) Maintain compliance with all applicable governing body requirements.</w:t>
      </w:r>
    </w:p>
    <w:p w:rsidRPr="005C75C5" w:rsidR="006C3BAA" w:rsidRDefault="00F82E53" w14:paraId="76F6356D" w14:textId="77777777">
      <w:r w:rsidRPr="005C75C5">
        <w:rPr>
          <w:b/>
        </w:rPr>
        <w:t>Section 3.05 Volunteer Membership</w:t>
      </w:r>
    </w:p>
    <w:p w:rsidRPr="005C75C5" w:rsidR="006C3BAA" w:rsidRDefault="00F82E53" w14:paraId="5E6C9560" w14:textId="77777777">
      <w:r w:rsidRPr="005C75C5">
        <w:t>Any individual eighteen (18) years of age or older who volunteers with HAYSA and does not otherwise qualify for Regular Membership shall be eligible for Volunteer Membership.</w:t>
      </w:r>
    </w:p>
    <w:p w:rsidRPr="005C75C5" w:rsidR="006C3BAA" w:rsidRDefault="00F82E53" w14:paraId="06AB6A9B" w14:textId="77777777">
      <w:r w:rsidRPr="005C75C5">
        <w:t>Prior to serving, Volunteer Members shall:</w:t>
      </w:r>
    </w:p>
    <w:p w:rsidRPr="005C75C5" w:rsidR="006C3BAA" w:rsidRDefault="00F82E53" w14:paraId="792570E8" w14:textId="77777777">
      <w:pPr>
        <w:ind w:left="504"/>
      </w:pPr>
      <w:r w:rsidRPr="005C75C5">
        <w:t>(a) Complete all registration requirements required by MYSA;</w:t>
      </w:r>
    </w:p>
    <w:p w:rsidRPr="005C75C5" w:rsidR="006C3BAA" w:rsidRDefault="00F82E53" w14:paraId="2C6961C1" w14:textId="77777777">
      <w:pPr>
        <w:ind w:left="504"/>
      </w:pPr>
      <w:r w:rsidRPr="005C75C5">
        <w:t>(b) Successfully complete all required background screening and CORI checks;</w:t>
      </w:r>
    </w:p>
    <w:p w:rsidRPr="005C75C5" w:rsidR="006C3BAA" w:rsidRDefault="00F82E53" w14:paraId="61D7EB20" w14:textId="77777777">
      <w:pPr>
        <w:ind w:left="504"/>
      </w:pPr>
      <w:r w:rsidRPr="005C75C5">
        <w:t>(c) Complete all training required by HAYSA, MYSA, USYS, or USSF; and</w:t>
      </w:r>
    </w:p>
    <w:p w:rsidRPr="005C75C5" w:rsidR="006C3BAA" w:rsidRDefault="00F82E53" w14:paraId="33640570" w14:textId="77777777">
      <w:pPr>
        <w:ind w:left="504"/>
      </w:pPr>
      <w:r w:rsidRPr="005C75C5">
        <w:t>(d) Maintain compliance with all applicable governing body requirements.</w:t>
      </w:r>
    </w:p>
    <w:p w:rsidRPr="005C75C5" w:rsidR="006C3BAA" w:rsidRDefault="00F82E53" w14:paraId="1F317939" w14:textId="77777777">
      <w:r w:rsidRPr="005C75C5">
        <w:rPr>
          <w:b/>
        </w:rPr>
        <w:t>Section 3.06 Active Member</w:t>
      </w:r>
    </w:p>
    <w:p w:rsidRPr="005C75C5" w:rsidR="006C3BAA" w:rsidRDefault="00F82E53" w14:paraId="480449E3" w14:textId="77777777">
      <w:r w:rsidRPr="005C75C5">
        <w:t>For purposes of these Bylaws, an Active Member shall mean any player, parent or guardian, coach, volunteer, Member at Large, or Board Member who has participated in a HAYSA program or served HAYSA within the preceding twenty-four (24) months.</w:t>
      </w:r>
    </w:p>
    <w:p w:rsidRPr="005C75C5" w:rsidR="006C3BAA" w:rsidRDefault="00F82E53" w14:paraId="67935C8F" w14:textId="77777777">
      <w:r w:rsidRPr="005C75C5">
        <w:rPr>
          <w:b/>
        </w:rPr>
        <w:t>Section 3.07 Active Player</w:t>
      </w:r>
    </w:p>
    <w:p w:rsidRPr="005C75C5" w:rsidR="006C3BAA" w:rsidRDefault="00F82E53" w14:paraId="1B52C4A6" w14:textId="6E43137F">
      <w:r w:rsidR="1DE35531">
        <w:rPr/>
        <w:t xml:space="preserve">For purposes of these Bylaws, an </w:t>
      </w:r>
      <w:r w:rsidR="1DE35531">
        <w:rPr/>
        <w:t>Active</w:t>
      </w:r>
      <w:r w:rsidR="1DE35531">
        <w:rPr/>
        <w:t xml:space="preserve"> Player shall mean a player currently registered in a HAYSA program</w:t>
      </w:r>
      <w:r w:rsidR="667702FC">
        <w:rPr/>
        <w:t xml:space="preserve"> or </w:t>
      </w:r>
      <w:r w:rsidR="1E5FDCEF">
        <w:rPr/>
        <w:t>has been</w:t>
      </w:r>
      <w:r w:rsidR="667702FC">
        <w:rPr/>
        <w:t xml:space="preserve"> registered in a HAYSA program within the last </w:t>
      </w:r>
      <w:r w:rsidR="2DDF38C5">
        <w:rPr/>
        <w:t>twelve</w:t>
      </w:r>
      <w:r w:rsidR="667702FC">
        <w:rPr/>
        <w:t xml:space="preserve"> (</w:t>
      </w:r>
      <w:r w:rsidR="24271D0E">
        <w:rPr/>
        <w:t>12</w:t>
      </w:r>
      <w:r w:rsidR="667702FC">
        <w:rPr/>
        <w:t xml:space="preserve">) months. </w:t>
      </w:r>
    </w:p>
    <w:p w:rsidRPr="005C75C5" w:rsidR="006C3BAA" w:rsidRDefault="00F82E53" w14:paraId="514EE0F5" w14:textId="77777777">
      <w:r w:rsidRPr="005C75C5">
        <w:rPr>
          <w:b/>
        </w:rPr>
        <w:t>Section 3.08 Dues and Fees</w:t>
      </w:r>
    </w:p>
    <w:p w:rsidRPr="005C75C5" w:rsidR="006C3BAA" w:rsidRDefault="00F82E53" w14:paraId="5A18E9E0" w14:textId="77777777">
      <w:r w:rsidRPr="005C75C5">
        <w:t>Membership dues, registration fees, and other charges shall be established by the Board of Directors.</w:t>
      </w:r>
    </w:p>
    <w:p w:rsidRPr="005C75C5" w:rsidR="006C3BAA" w:rsidRDefault="00F82E53" w14:paraId="08D10C2C" w14:textId="77777777">
      <w:r w:rsidRPr="005C75C5">
        <w:rPr>
          <w:b/>
        </w:rPr>
        <w:t>Section 3.09 Voting Membership</w:t>
      </w:r>
    </w:p>
    <w:p w:rsidRPr="005C75C5" w:rsidR="006C3BAA" w:rsidRDefault="00F82E53" w14:paraId="56CCA6A3" w14:textId="77777777">
      <w:r w:rsidRPr="005C75C5">
        <w:t>Voting Members shall consist of:</w:t>
      </w:r>
    </w:p>
    <w:p w:rsidRPr="005C75C5" w:rsidR="006C3BAA" w:rsidRDefault="00F82E53" w14:paraId="04218CF7" w14:textId="77777777">
      <w:pPr>
        <w:ind w:left="504"/>
      </w:pPr>
      <w:r w:rsidRPr="005C75C5">
        <w:t>(a) Members of the Board of Directors;</w:t>
      </w:r>
    </w:p>
    <w:p w:rsidRPr="005C75C5" w:rsidR="006C3BAA" w:rsidRDefault="00F82E53" w14:paraId="162999BA" w14:textId="77777777">
      <w:pPr>
        <w:ind w:left="504"/>
      </w:pPr>
      <w:r w:rsidRPr="005C75C5">
        <w:t>(b) Regular Members in good standing; and</w:t>
      </w:r>
    </w:p>
    <w:p w:rsidRPr="005C75C5" w:rsidR="006C3BAA" w:rsidRDefault="00F82E53" w14:paraId="54FB3EAC" w14:textId="77777777">
      <w:pPr>
        <w:ind w:left="504"/>
      </w:pPr>
      <w:r w:rsidRPr="005C75C5">
        <w:t>(c) Coach Members in good standing.</w:t>
      </w:r>
    </w:p>
    <w:p w:rsidRPr="005C75C5" w:rsidR="006C3BAA" w:rsidRDefault="00F82E53" w14:paraId="45A03EFA" w14:textId="77777777">
      <w:r w:rsidRPr="005C75C5">
        <w:rPr>
          <w:b/>
        </w:rPr>
        <w:t>Section 3.10 Good Standing</w:t>
      </w:r>
    </w:p>
    <w:p w:rsidRPr="005C75C5" w:rsidR="006C3BAA" w:rsidRDefault="00F82E53" w14:paraId="2F9CC547" w14:textId="77777777">
      <w:r w:rsidRPr="005C75C5">
        <w:t>A member shall be considered in good standing if the member:</w:t>
      </w:r>
    </w:p>
    <w:p w:rsidRPr="005C75C5" w:rsidR="006C3BAA" w:rsidRDefault="00F82E53" w14:paraId="2C490112" w14:textId="77777777">
      <w:pPr>
        <w:ind w:left="504"/>
      </w:pPr>
      <w:r w:rsidRPr="005C75C5">
        <w:t>(a) Has no outstanding financial obligation owed to HAYSA, unless subject to an approved waiver or payment plan that is current;</w:t>
      </w:r>
    </w:p>
    <w:p w:rsidRPr="005C75C5" w:rsidR="006C3BAA" w:rsidRDefault="00F82E53" w14:paraId="07BAE5EF" w14:textId="77777777">
      <w:pPr>
        <w:ind w:left="504"/>
      </w:pPr>
      <w:r w:rsidRPr="005C75C5">
        <w:t>(b) Is an Active Member at the time of the Annual Meeting; and</w:t>
      </w:r>
    </w:p>
    <w:p w:rsidRPr="005C75C5" w:rsidR="006C3BAA" w:rsidRDefault="00F82E53" w14:paraId="2813C5DC" w14:textId="77777777">
      <w:pPr>
        <w:ind w:left="504"/>
      </w:pPr>
      <w:r w:rsidRPr="005C75C5">
        <w:t>(c) Has not been subject to disciplinary action by HAYSA, MYSA, USYS, or USSF during the preceding twelve (12) months.</w:t>
      </w:r>
    </w:p>
    <w:p w:rsidRPr="005C75C5" w:rsidR="006C3BAA" w:rsidRDefault="00F82E53" w14:paraId="199A6011" w14:textId="77777777">
      <w:r w:rsidRPr="005C75C5">
        <w:rPr>
          <w:b/>
        </w:rPr>
        <w:t>Section 3.11 Non-Voting Membership</w:t>
      </w:r>
    </w:p>
    <w:p w:rsidRPr="005C75C5" w:rsidR="006C3BAA" w:rsidRDefault="00F82E53" w14:paraId="5264292B" w14:textId="77777777">
      <w:r w:rsidRPr="005C75C5">
        <w:t>Non-Voting Members shall consist of:</w:t>
      </w:r>
    </w:p>
    <w:p w:rsidRPr="005C75C5" w:rsidR="006C3BAA" w:rsidRDefault="00F82E53" w14:paraId="678C2AEA" w14:textId="77777777">
      <w:pPr>
        <w:ind w:left="504"/>
      </w:pPr>
      <w:r w:rsidRPr="005C75C5">
        <w:t>(a) Player Members; and</w:t>
      </w:r>
    </w:p>
    <w:p w:rsidRPr="005C75C5" w:rsidR="006C3BAA" w:rsidRDefault="00F82E53" w14:paraId="07573A1D" w14:textId="77777777">
      <w:pPr>
        <w:ind w:left="504"/>
      </w:pPr>
      <w:r w:rsidRPr="005C75C5">
        <w:t>(b) Volunteer Members who are not serving on the Board of Directors.</w:t>
      </w:r>
    </w:p>
    <w:p w:rsidRPr="005C75C5" w:rsidR="006C3BAA" w:rsidRDefault="00F82E53" w14:paraId="385D1B9D" w14:textId="77777777">
      <w:r w:rsidRPr="005C75C5">
        <w:t>Service on the Board of Directors shall not alter an individual's membership classification but shall confer the voting rights otherwise provided by these Bylaws.</w:t>
      </w:r>
    </w:p>
    <w:p w:rsidRPr="005C75C5" w:rsidR="006C3BAA" w:rsidRDefault="00F82E53" w14:paraId="66F92EE6" w14:textId="77777777">
      <w:r w:rsidRPr="005C75C5">
        <w:rPr>
          <w:b/>
        </w:rPr>
        <w:t>Section 3.12 Membership Rights</w:t>
      </w:r>
    </w:p>
    <w:p w:rsidRPr="005C75C5" w:rsidR="006C3BAA" w:rsidRDefault="00F82E53" w14:paraId="008917BB" w14:textId="77777777">
      <w:r w:rsidRPr="005C75C5">
        <w:t>Members of HAYSA serve as volunteers and shall support the mission, programs, and activities of HAYSA in a manner consistent with the principles of sportsmanship, respect, and good conduct.</w:t>
      </w:r>
    </w:p>
    <w:p w:rsidRPr="005C75C5" w:rsidR="006C3BAA" w:rsidRDefault="00F82E53" w14:paraId="51321857" w14:textId="77777777">
      <w:pPr>
        <w:jc w:val="center"/>
      </w:pPr>
      <w:r w:rsidRPr="005C75C5">
        <w:rPr>
          <w:b/>
          <w:sz w:val="28"/>
        </w:rPr>
        <w:t>ARTICLE IV</w:t>
      </w:r>
    </w:p>
    <w:p w:rsidRPr="005C75C5" w:rsidR="006C3BAA" w:rsidRDefault="00F82E53" w14:paraId="09DCA048" w14:textId="77777777">
      <w:pPr>
        <w:jc w:val="center"/>
      </w:pPr>
      <w:r w:rsidRPr="005C75C5">
        <w:rPr>
          <w:b/>
          <w:sz w:val="24"/>
        </w:rPr>
        <w:t>MEETINGS</w:t>
      </w:r>
    </w:p>
    <w:p w:rsidRPr="005C75C5" w:rsidR="006C3BAA" w:rsidRDefault="00F82E53" w14:paraId="6FFD9DB4" w14:textId="77777777">
      <w:r w:rsidRPr="005C75C5">
        <w:rPr>
          <w:b/>
        </w:rPr>
        <w:t>Section 4.01 Annual Meeting</w:t>
      </w:r>
    </w:p>
    <w:p w:rsidRPr="005C75C5" w:rsidR="006C3BAA" w:rsidRDefault="00F82E53" w14:paraId="6F980164" w14:textId="77777777">
      <w:r w:rsidRPr="005C75C5">
        <w:t>The Annual Meeting of HAYSA shall be held annually during the month of June at a date, time, and location established by the Board of Directors.</w:t>
      </w:r>
    </w:p>
    <w:p w:rsidRPr="005C75C5" w:rsidR="006C3BAA" w:rsidRDefault="00F82E53" w14:paraId="357A5509" w14:textId="77777777">
      <w:r w:rsidRPr="005C75C5">
        <w:t xml:space="preserve">Notice </w:t>
      </w:r>
      <w:proofErr w:type="gramStart"/>
      <w:r w:rsidRPr="005C75C5">
        <w:t>of</w:t>
      </w:r>
      <w:proofErr w:type="gramEnd"/>
      <w:r w:rsidRPr="005C75C5">
        <w:t xml:space="preserve"> the Annual Meeting shall be provided in accordance with these Bylaws.</w:t>
      </w:r>
    </w:p>
    <w:p w:rsidRPr="005C75C5" w:rsidR="006C3BAA" w:rsidRDefault="00F82E53" w14:paraId="311D0FEA" w14:textId="77777777">
      <w:r w:rsidRPr="005C75C5">
        <w:t>The Annual Meeting shall include:</w:t>
      </w:r>
    </w:p>
    <w:p w:rsidRPr="005C75C5" w:rsidR="006C3BAA" w:rsidRDefault="00F82E53" w14:paraId="4AFED8FB" w14:textId="02EDDC16">
      <w:pPr>
        <w:ind w:left="504"/>
      </w:pPr>
      <w:r w:rsidR="1DE35531">
        <w:rPr/>
        <w:t>(a) Election of Directors;</w:t>
      </w:r>
    </w:p>
    <w:p w:rsidRPr="005C75C5" w:rsidR="006C3BAA" w:rsidRDefault="00F82E53" w14:paraId="2DD6F4CB" w14:textId="58B44834">
      <w:pPr>
        <w:ind w:left="504"/>
      </w:pPr>
      <w:r w:rsidR="1DE35531">
        <w:rPr/>
        <w:t>(</w:t>
      </w:r>
      <w:r w:rsidR="44D8DFFD">
        <w:rPr/>
        <w:t>b</w:t>
      </w:r>
      <w:r w:rsidR="1DE35531">
        <w:rPr/>
        <w:t>) Membership discussion and comments; and</w:t>
      </w:r>
    </w:p>
    <w:p w:rsidRPr="005C75C5" w:rsidR="006C3BAA" w:rsidRDefault="00F82E53" w14:paraId="2A79E0E5" w14:textId="6594B7AD">
      <w:pPr>
        <w:ind w:left="504"/>
      </w:pPr>
      <w:r w:rsidR="1DE35531">
        <w:rPr/>
        <w:t>(</w:t>
      </w:r>
      <w:r w:rsidR="4533B9E1">
        <w:rPr/>
        <w:t>c</w:t>
      </w:r>
      <w:r w:rsidR="1DE35531">
        <w:rPr/>
        <w:t>) Any other business properly brought before the Membership.</w:t>
      </w:r>
    </w:p>
    <w:p w:rsidRPr="005C75C5" w:rsidR="006C3BAA" w:rsidRDefault="00F82E53" w14:paraId="20B5802B" w14:textId="77777777">
      <w:r w:rsidRPr="005C75C5">
        <w:t>The Annual Meeting shall remain open until all scheduled business has been completed.</w:t>
      </w:r>
    </w:p>
    <w:p w:rsidRPr="005C75C5" w:rsidR="006C3BAA" w:rsidRDefault="00F82E53" w14:paraId="6E02B654" w14:textId="77777777">
      <w:r w:rsidRPr="005C75C5">
        <w:rPr>
          <w:b/>
        </w:rPr>
        <w:t>Section 4.02 Board Meetings</w:t>
      </w:r>
    </w:p>
    <w:p w:rsidRPr="005C75C5" w:rsidR="006C3BAA" w:rsidRDefault="00F82E53" w14:paraId="7919A401" w14:textId="77777777">
      <w:r w:rsidRPr="005C75C5">
        <w:t>The Board of Directors shall hold a minimum of ten (10) Board Meetings each calendar year.</w:t>
      </w:r>
    </w:p>
    <w:p w:rsidRPr="005C75C5" w:rsidR="006C3BAA" w:rsidRDefault="00F82E53" w14:paraId="67B5C55A" w14:textId="77777777">
      <w:r w:rsidRPr="005C75C5">
        <w:t>Board Meetings shall be attended by members of the Board of Directors. Guests may attend upon invitation of the President or approval of the Board.</w:t>
      </w:r>
    </w:p>
    <w:p w:rsidRPr="005C75C5" w:rsidR="006C3BAA" w:rsidRDefault="00F82E53" w14:paraId="43610BCD" w14:textId="77777777">
      <w:r w:rsidRPr="005C75C5">
        <w:t>Notice of Board Meetings shall be provided in accordance with these Bylaws.</w:t>
      </w:r>
    </w:p>
    <w:p w:rsidRPr="005C75C5" w:rsidR="006C3BAA" w:rsidRDefault="00F82E53" w14:paraId="7D0E85D8" w14:textId="77777777">
      <w:r w:rsidRPr="005C75C5">
        <w:t>Agenda items should be submitted to the Secretary prior to the meeting whenever practical.</w:t>
      </w:r>
    </w:p>
    <w:p w:rsidRPr="005C75C5" w:rsidR="006C3BAA" w:rsidRDefault="00F82E53" w14:paraId="3131AF86" w14:textId="77777777">
      <w:r w:rsidRPr="005C75C5">
        <w:rPr>
          <w:b/>
        </w:rPr>
        <w:t>Section 4.03 Special Meetings</w:t>
      </w:r>
    </w:p>
    <w:p w:rsidRPr="005C75C5" w:rsidR="006C3BAA" w:rsidRDefault="00F82E53" w14:paraId="5A276B7D" w14:textId="77777777">
      <w:r w:rsidRPr="005C75C5">
        <w:t>Special Meetings may be called by:</w:t>
      </w:r>
    </w:p>
    <w:p w:rsidRPr="005C75C5" w:rsidR="006C3BAA" w:rsidRDefault="00F82E53" w14:paraId="35538303" w14:textId="77777777">
      <w:pPr>
        <w:ind w:left="504"/>
      </w:pPr>
      <w:r w:rsidRPr="005C75C5">
        <w:t>(a) The President; or</w:t>
      </w:r>
    </w:p>
    <w:p w:rsidRPr="005C75C5" w:rsidR="006C3BAA" w:rsidRDefault="00F82E53" w14:paraId="5FD5D371" w14:textId="77777777">
      <w:pPr>
        <w:ind w:left="504"/>
      </w:pPr>
      <w:r w:rsidRPr="005C75C5">
        <w:t>(b) Written petition submitted to the President by at least two (2) Voting Members in good standing.</w:t>
      </w:r>
    </w:p>
    <w:p w:rsidRPr="005C75C5" w:rsidR="006C3BAA" w:rsidRDefault="00F82E53" w14:paraId="291D8F96" w14:textId="77777777">
      <w:r w:rsidRPr="005C75C5">
        <w:t>Only the business identified in the meeting notice may be considered at a Special Meeting.</w:t>
      </w:r>
    </w:p>
    <w:p w:rsidRPr="005C75C5" w:rsidR="006C3BAA" w:rsidRDefault="00F82E53" w14:paraId="6E1A38CB" w14:textId="77777777">
      <w:r w:rsidRPr="005C75C5">
        <w:rPr>
          <w:b/>
        </w:rPr>
        <w:t>Section 4.04 Notice of Meetings</w:t>
      </w:r>
    </w:p>
    <w:p w:rsidRPr="005C75C5" w:rsidR="006C3BAA" w:rsidRDefault="00F82E53" w14:paraId="7F01B2A3" w14:textId="77777777">
      <w:r w:rsidRPr="005C75C5">
        <w:t>Written notice of any Annual Meeting, Board Meeting, or Special Meeting shall be provided to the applicable parties at least five (5) days prior to the meeting.</w:t>
      </w:r>
    </w:p>
    <w:p w:rsidRPr="005C75C5" w:rsidR="006C3BAA" w:rsidRDefault="00F82E53" w14:paraId="7F2F10D2" w14:textId="77777777">
      <w:r w:rsidRPr="005C75C5">
        <w:t>Notice shall include:</w:t>
      </w:r>
    </w:p>
    <w:p w:rsidRPr="005C75C5" w:rsidR="006C3BAA" w:rsidRDefault="00F82E53" w14:paraId="4BA54100" w14:textId="77777777">
      <w:pPr>
        <w:ind w:left="504"/>
      </w:pPr>
      <w:r w:rsidRPr="005C75C5">
        <w:t>(a) Date;</w:t>
      </w:r>
    </w:p>
    <w:p w:rsidRPr="005C75C5" w:rsidR="006C3BAA" w:rsidRDefault="00F82E53" w14:paraId="1DBB6875" w14:textId="77777777">
      <w:pPr>
        <w:ind w:left="504"/>
      </w:pPr>
      <w:r w:rsidRPr="005C75C5">
        <w:t>(b) Time;</w:t>
      </w:r>
    </w:p>
    <w:p w:rsidRPr="005C75C5" w:rsidR="006C3BAA" w:rsidRDefault="00F82E53" w14:paraId="39A3009C" w14:textId="77777777">
      <w:pPr>
        <w:ind w:left="504"/>
      </w:pPr>
      <w:r w:rsidRPr="005C75C5">
        <w:t>(c) Location;</w:t>
      </w:r>
    </w:p>
    <w:p w:rsidRPr="005C75C5" w:rsidR="006C3BAA" w:rsidRDefault="00F82E53" w14:paraId="3D5B2BAD" w14:textId="77777777">
      <w:pPr>
        <w:ind w:left="504"/>
      </w:pPr>
      <w:r w:rsidRPr="005C75C5">
        <w:t>(d) Meeting format, if virtual participation is permitted; and</w:t>
      </w:r>
    </w:p>
    <w:p w:rsidRPr="005C75C5" w:rsidR="006C3BAA" w:rsidRDefault="00F82E53" w14:paraId="6DA75EDE" w14:textId="77777777">
      <w:pPr>
        <w:ind w:left="504"/>
      </w:pPr>
      <w:r w:rsidRPr="005C75C5">
        <w:t>(e) Purpose of the meeting.</w:t>
      </w:r>
    </w:p>
    <w:p w:rsidRPr="005C75C5" w:rsidR="006C3BAA" w:rsidRDefault="00F82E53" w14:paraId="48EF4E61" w14:textId="77777777">
      <w:r w:rsidRPr="005C75C5">
        <w:rPr>
          <w:b/>
        </w:rPr>
        <w:t>Section 4.05 Quorum</w:t>
      </w:r>
    </w:p>
    <w:p w:rsidRPr="005C75C5" w:rsidR="006C3BAA" w:rsidRDefault="00F82E53" w14:paraId="1F9EB017" w14:textId="77777777">
      <w:pPr>
        <w:ind w:left="504"/>
      </w:pPr>
      <w:r w:rsidRPr="005C75C5">
        <w:t>(a) Board Meetings</w:t>
      </w:r>
    </w:p>
    <w:p w:rsidRPr="005C75C5" w:rsidR="006C3BAA" w:rsidRDefault="00F82E53" w14:paraId="25D61575" w14:textId="77777777">
      <w:r w:rsidRPr="005C75C5">
        <w:t>A quorum for a Board Meeting shall consist of one-half (1/2) of all filled Board positions, but in no event fewer than five (5) Directors.</w:t>
      </w:r>
    </w:p>
    <w:p w:rsidRPr="005C75C5" w:rsidR="006C3BAA" w:rsidRDefault="00F82E53" w14:paraId="2101FEB3" w14:textId="77777777">
      <w:pPr>
        <w:ind w:left="504"/>
      </w:pPr>
      <w:r w:rsidRPr="005C75C5">
        <w:t>(b) Annual Meetings</w:t>
      </w:r>
    </w:p>
    <w:p w:rsidRPr="005C75C5" w:rsidR="006C3BAA" w:rsidRDefault="00F82E53" w14:paraId="6494E0A8" w14:textId="77777777">
      <w:r w:rsidRPr="005C75C5">
        <w:t>A quorum for an Annual Meeting shall consist of ten (10) Voting Members.</w:t>
      </w:r>
    </w:p>
    <w:p w:rsidRPr="005C75C5" w:rsidR="006C3BAA" w:rsidRDefault="00F82E53" w14:paraId="3E7B7FBF" w14:textId="77777777">
      <w:pPr>
        <w:ind w:left="504"/>
      </w:pPr>
      <w:r w:rsidRPr="005C75C5">
        <w:t>(c) Special Meetings</w:t>
      </w:r>
    </w:p>
    <w:p w:rsidRPr="005C75C5" w:rsidR="006C3BAA" w:rsidRDefault="00F82E53" w14:paraId="22E09FC0" w14:textId="77777777">
      <w:r w:rsidRPr="005C75C5">
        <w:t>The quorum requirement for a Special Meeting shall be the same as the quorum requirement applicable to the body being called into session.</w:t>
      </w:r>
    </w:p>
    <w:p w:rsidRPr="005C75C5" w:rsidR="006C3BAA" w:rsidRDefault="00F82E53" w14:paraId="1E5D48AB" w14:textId="77777777">
      <w:r w:rsidRPr="005C75C5">
        <w:rPr>
          <w:b/>
        </w:rPr>
        <w:t>Section 4.06 Voting</w:t>
      </w:r>
    </w:p>
    <w:p w:rsidRPr="005C75C5" w:rsidR="006C3BAA" w:rsidRDefault="00F82E53" w14:paraId="7BB97945" w14:textId="77777777">
      <w:pPr>
        <w:ind w:left="504"/>
      </w:pPr>
      <w:r w:rsidRPr="005C75C5">
        <w:t>(a) Voting Members</w:t>
      </w:r>
    </w:p>
    <w:p w:rsidRPr="005C75C5" w:rsidR="006C3BAA" w:rsidRDefault="00F82E53" w14:paraId="156E5244" w14:textId="77777777">
      <w:r w:rsidRPr="005C75C5">
        <w:t>Voting Members shall consist of those individuals identified in Article III.</w:t>
      </w:r>
    </w:p>
    <w:p w:rsidRPr="005C75C5" w:rsidR="006C3BAA" w:rsidRDefault="00F82E53" w14:paraId="4456BA78" w14:textId="77777777">
      <w:pPr>
        <w:ind w:left="504"/>
      </w:pPr>
      <w:r w:rsidRPr="005C75C5">
        <w:t>(b) Household Voting</w:t>
      </w:r>
    </w:p>
    <w:p w:rsidRPr="005C75C5" w:rsidR="006C3BAA" w:rsidRDefault="00F82E53" w14:paraId="4E3C572C" w14:textId="77777777">
      <w:r w:rsidRPr="005C75C5">
        <w:t>Each household qualifying for Regular Membership shall be entitled to one (1) vote.</w:t>
      </w:r>
    </w:p>
    <w:p w:rsidRPr="005C75C5" w:rsidR="006C3BAA" w:rsidRDefault="00F82E53" w14:paraId="7BE91B0E" w14:textId="77777777">
      <w:r w:rsidRPr="005C75C5">
        <w:t>For purposes of these Bylaws, a household shall mean individuals residing at the same residence.</w:t>
      </w:r>
    </w:p>
    <w:p w:rsidRPr="005C75C5" w:rsidR="006C3BAA" w:rsidRDefault="00F82E53" w14:paraId="38BFF3C1" w14:textId="77777777">
      <w:pPr>
        <w:ind w:left="504"/>
      </w:pPr>
      <w:r w:rsidRPr="005C75C5">
        <w:t>(c) Coach Membership Voting</w:t>
      </w:r>
    </w:p>
    <w:p w:rsidRPr="005C75C5" w:rsidR="006C3BAA" w:rsidRDefault="00F82E53" w14:paraId="36F6FCC5" w14:textId="77777777">
      <w:r w:rsidRPr="005C75C5">
        <w:t>Coach Members who are not represented through a Regular Membership household shall be entitled to one (1) vote.</w:t>
      </w:r>
    </w:p>
    <w:p w:rsidRPr="005C75C5" w:rsidR="006C3BAA" w:rsidRDefault="00F82E53" w14:paraId="3C4BDA3F" w14:textId="77777777">
      <w:pPr>
        <w:ind w:left="504"/>
      </w:pPr>
      <w:r w:rsidRPr="005C75C5">
        <w:t>(d) Board Member Voting</w:t>
      </w:r>
    </w:p>
    <w:p w:rsidRPr="005C75C5" w:rsidR="006C3BAA" w:rsidRDefault="00F82E53" w14:paraId="45008412" w14:textId="77777777">
      <w:r w:rsidRPr="005C75C5">
        <w:t>Each member of the Board of Directors shall be entitled to one (1) vote in addition to any household vote otherwise available through Regular Membership.</w:t>
      </w:r>
    </w:p>
    <w:p w:rsidRPr="005C75C5" w:rsidR="006C3BAA" w:rsidRDefault="00F82E53" w14:paraId="3FD77092" w14:textId="77777777">
      <w:pPr>
        <w:ind w:left="504"/>
      </w:pPr>
      <w:r w:rsidRPr="005C75C5">
        <w:t>(e) Voting Threshold</w:t>
      </w:r>
    </w:p>
    <w:p w:rsidRPr="005C75C5" w:rsidR="006C3BAA" w:rsidRDefault="00F82E53" w14:paraId="47065633" w14:textId="77777777">
      <w:r w:rsidRPr="005C75C5">
        <w:t>Except where otherwise provided in these Bylaws, a majority vote of eligible Voting Members present shall determine all matters.</w:t>
      </w:r>
    </w:p>
    <w:p w:rsidRPr="005C75C5" w:rsidR="006C3BAA" w:rsidRDefault="00F82E53" w14:paraId="5925AF1A" w14:textId="77777777">
      <w:pPr>
        <w:ind w:left="504"/>
      </w:pPr>
      <w:r w:rsidRPr="005C75C5">
        <w:t>(f) Tie Votes</w:t>
      </w:r>
    </w:p>
    <w:p w:rsidRPr="005C75C5" w:rsidR="006C3BAA" w:rsidRDefault="00F82E53" w14:paraId="15BB6AB7" w14:textId="77777777">
      <w:r w:rsidRPr="005C75C5">
        <w:t>The President shall cast a vote only when necessary to break a tie.</w:t>
      </w:r>
    </w:p>
    <w:p w:rsidRPr="005C75C5" w:rsidR="006C3BAA" w:rsidRDefault="00F82E53" w14:paraId="51F9A208" w14:textId="77777777">
      <w:pPr>
        <w:ind w:left="504"/>
      </w:pPr>
      <w:r w:rsidRPr="005C75C5">
        <w:t>(g) Proxy Voting</w:t>
      </w:r>
    </w:p>
    <w:p w:rsidRPr="005C75C5" w:rsidR="006C3BAA" w:rsidRDefault="00F82E53" w14:paraId="70C9E58B" w14:textId="77777777">
      <w:r w:rsidRPr="005C75C5">
        <w:t>Proxy voting shall not be permitted.</w:t>
      </w:r>
    </w:p>
    <w:p w:rsidRPr="005C75C5" w:rsidR="006C3BAA" w:rsidRDefault="00F82E53" w14:paraId="0C780122" w14:textId="77777777">
      <w:pPr>
        <w:ind w:left="504"/>
      </w:pPr>
      <w:r w:rsidRPr="005C75C5">
        <w:t>(h) Voting Methods</w:t>
      </w:r>
    </w:p>
    <w:p w:rsidRPr="005C75C5" w:rsidR="006C3BAA" w:rsidRDefault="00F82E53" w14:paraId="72D01DBC" w14:textId="77777777">
      <w:r w:rsidRPr="005C75C5">
        <w:t>Voting may occur by paper ballot, voice vote, electronic ballot, secure online ballot, or any other method approved by the Board of Directors.</w:t>
      </w:r>
    </w:p>
    <w:p w:rsidRPr="005C75C5" w:rsidR="006C3BAA" w:rsidRDefault="00F82E53" w14:paraId="3511B1D4" w14:textId="77777777">
      <w:r w:rsidRPr="005C75C5">
        <w:t>The Board may authorize secure online voting whenever deemed appropriate.</w:t>
      </w:r>
    </w:p>
    <w:p w:rsidRPr="005C75C5" w:rsidR="006C3BAA" w:rsidRDefault="00F82E53" w14:paraId="02DFE7AA" w14:textId="77777777">
      <w:r w:rsidRPr="005C75C5">
        <w:rPr>
          <w:b/>
        </w:rPr>
        <w:t>Section 4.07 Expenditures and Monetary Requests</w:t>
      </w:r>
    </w:p>
    <w:p w:rsidRPr="005C75C5" w:rsidR="006C3BAA" w:rsidRDefault="00F82E53" w14:paraId="62C70979" w14:textId="77777777">
      <w:r w:rsidRPr="005C75C5">
        <w:t>All monetary requests presented to the Board shall be approved, denied, or tabled before adjournment of the next regularly scheduled Board Meeting.</w:t>
      </w:r>
    </w:p>
    <w:p w:rsidRPr="005C75C5" w:rsidR="006C3BAA" w:rsidRDefault="00F82E53" w14:paraId="08C340F4" w14:textId="77777777">
      <w:r w:rsidRPr="005C75C5">
        <w:t>Any expenditure exceeding five hundred dollars ($500.00) shall require review by the Treasurer and approval by a majority vote of the Board of Directors unless previously approved through the annual budget process.</w:t>
      </w:r>
    </w:p>
    <w:p w:rsidRPr="005C75C5" w:rsidR="006C3BAA" w:rsidRDefault="00F82E53" w14:paraId="459F7A87" w14:textId="77777777">
      <w:r w:rsidRPr="005C75C5">
        <w:rPr>
          <w:b/>
        </w:rPr>
        <w:t>Section 4.08 Order of Business</w:t>
      </w:r>
    </w:p>
    <w:p w:rsidRPr="005C75C5" w:rsidR="006C3BAA" w:rsidRDefault="00F82E53" w14:paraId="122C5521" w14:textId="77777777">
      <w:pPr>
        <w:ind w:left="504"/>
      </w:pPr>
      <w:r w:rsidRPr="005C75C5">
        <w:t>(a) Annual Meeting</w:t>
      </w:r>
    </w:p>
    <w:p w:rsidRPr="005C75C5" w:rsidR="006C3BAA" w:rsidRDefault="00F82E53" w14:paraId="49CA7C6C" w14:textId="77777777">
      <w:r w:rsidRPr="005C75C5">
        <w:t>The order of business for the Annual Meeting shall generally include:</w:t>
      </w:r>
    </w:p>
    <w:p w:rsidRPr="005C75C5" w:rsidR="006C3BAA" w:rsidRDefault="00F82E53" w14:paraId="7814263B" w14:textId="77777777">
      <w:r w:rsidRPr="005C75C5">
        <w:t>Attendance;</w:t>
      </w:r>
    </w:p>
    <w:p w:rsidRPr="005C75C5" w:rsidR="006C3BAA" w:rsidRDefault="00F82E53" w14:paraId="380B8DF6" w14:textId="77777777">
      <w:r w:rsidRPr="005C75C5">
        <w:t>Membership Discussion;</w:t>
      </w:r>
    </w:p>
    <w:p w:rsidRPr="005C75C5" w:rsidR="006C3BAA" w:rsidRDefault="00F82E53" w14:paraId="2E51D8D4" w14:textId="77777777">
      <w:r w:rsidRPr="005C75C5">
        <w:t>Election of Directors;</w:t>
      </w:r>
    </w:p>
    <w:p w:rsidRPr="005C75C5" w:rsidR="006C3BAA" w:rsidRDefault="00F82E53" w14:paraId="14F81B47" w14:textId="77777777">
      <w:r w:rsidRPr="005C75C5">
        <w:t>Consideration of Constitutional or Bylaw Amendments; and</w:t>
      </w:r>
    </w:p>
    <w:p w:rsidRPr="005C75C5" w:rsidR="006C3BAA" w:rsidRDefault="00F82E53" w14:paraId="0D3B399B" w14:textId="77777777">
      <w:r w:rsidRPr="005C75C5">
        <w:t>Adjournment.</w:t>
      </w:r>
    </w:p>
    <w:p w:rsidRPr="005C75C5" w:rsidR="006C3BAA" w:rsidRDefault="00F82E53" w14:paraId="341D9560" w14:textId="77777777">
      <w:pPr>
        <w:ind w:left="504"/>
      </w:pPr>
      <w:r w:rsidRPr="005C75C5">
        <w:t>(b) Board Meetings</w:t>
      </w:r>
    </w:p>
    <w:p w:rsidRPr="005C75C5" w:rsidR="006C3BAA" w:rsidRDefault="00F82E53" w14:paraId="6DF841D7" w14:textId="77777777">
      <w:r w:rsidRPr="005C75C5">
        <w:t>The order of business for Board Meetings shall generally include:</w:t>
      </w:r>
    </w:p>
    <w:p w:rsidRPr="005C75C5" w:rsidR="006C3BAA" w:rsidRDefault="00F82E53" w14:paraId="6802B742" w14:textId="77777777">
      <w:r w:rsidRPr="005C75C5">
        <w:t>Attendance;</w:t>
      </w:r>
    </w:p>
    <w:p w:rsidRPr="005C75C5" w:rsidR="006C3BAA" w:rsidRDefault="00F82E53" w14:paraId="4B3D5D61" w14:textId="77777777">
      <w:r w:rsidRPr="005C75C5">
        <w:t>Approval of Previous Meeting Minutes;</w:t>
      </w:r>
    </w:p>
    <w:p w:rsidRPr="005C75C5" w:rsidR="006C3BAA" w:rsidRDefault="00F82E53" w14:paraId="0C343C7D" w14:textId="77777777">
      <w:r w:rsidRPr="005C75C5">
        <w:t>President's Report;</w:t>
      </w:r>
    </w:p>
    <w:p w:rsidRPr="005C75C5" w:rsidR="006C3BAA" w:rsidRDefault="00F82E53" w14:paraId="4B01509D" w14:textId="77777777">
      <w:r w:rsidRPr="005C75C5">
        <w:t>Treasurer's Report;</w:t>
      </w:r>
    </w:p>
    <w:p w:rsidRPr="005C75C5" w:rsidR="006C3BAA" w:rsidRDefault="00F82E53" w14:paraId="0C7E82A3" w14:textId="77777777">
      <w:r w:rsidRPr="005C75C5">
        <w:t>Reports of Directors;</w:t>
      </w:r>
    </w:p>
    <w:p w:rsidRPr="005C75C5" w:rsidR="006C3BAA" w:rsidRDefault="00F82E53" w14:paraId="6C665465" w14:textId="77777777">
      <w:r w:rsidRPr="005C75C5">
        <w:t>Communications;</w:t>
      </w:r>
    </w:p>
    <w:p w:rsidRPr="005C75C5" w:rsidR="006C3BAA" w:rsidRDefault="00F82E53" w14:paraId="2CC094D6" w14:textId="77777777">
      <w:r w:rsidRPr="005C75C5">
        <w:t>Unfinished Business;</w:t>
      </w:r>
    </w:p>
    <w:p w:rsidRPr="005C75C5" w:rsidR="006C3BAA" w:rsidRDefault="00F82E53" w14:paraId="731AB02E" w14:textId="77777777">
      <w:r w:rsidRPr="005C75C5">
        <w:t>Committee Reports;</w:t>
      </w:r>
    </w:p>
    <w:p w:rsidRPr="005C75C5" w:rsidR="006C3BAA" w:rsidRDefault="00F82E53" w14:paraId="61E5B7C4" w14:textId="77777777">
      <w:r w:rsidRPr="005C75C5">
        <w:t>Special Reports;</w:t>
      </w:r>
    </w:p>
    <w:p w:rsidRPr="005C75C5" w:rsidR="006C3BAA" w:rsidRDefault="00F82E53" w14:paraId="44C7B923" w14:textId="77777777">
      <w:r w:rsidRPr="005C75C5">
        <w:t>New Business;</w:t>
      </w:r>
    </w:p>
    <w:p w:rsidRPr="005C75C5" w:rsidR="006C3BAA" w:rsidRDefault="00F82E53" w14:paraId="3D1652E0" w14:textId="77777777">
      <w:r w:rsidRPr="005C75C5">
        <w:t>Good of Soccer; and</w:t>
      </w:r>
    </w:p>
    <w:p w:rsidRPr="005C75C5" w:rsidR="006C3BAA" w:rsidRDefault="00F82E53" w14:paraId="1C762914" w14:textId="77777777">
      <w:r w:rsidRPr="005C75C5">
        <w:t>Adjournment.</w:t>
      </w:r>
    </w:p>
    <w:p w:rsidRPr="005C75C5" w:rsidR="006C3BAA" w:rsidRDefault="00F82E53" w14:paraId="7C12A59A" w14:textId="77777777">
      <w:pPr>
        <w:ind w:left="504"/>
      </w:pPr>
      <w:r w:rsidRPr="005C75C5">
        <w:t>(c) Special Meetings</w:t>
      </w:r>
    </w:p>
    <w:p w:rsidRPr="005C75C5" w:rsidR="006C3BAA" w:rsidRDefault="00F82E53" w14:paraId="7267EDC4" w14:textId="77777777">
      <w:r w:rsidRPr="005C75C5">
        <w:t>Special Meetings shall be limited to the business identified in the meeting notice.</w:t>
      </w:r>
    </w:p>
    <w:p w:rsidRPr="005C75C5" w:rsidR="006C3BAA" w:rsidRDefault="00F82E53" w14:paraId="18197CE7" w14:textId="77777777">
      <w:r w:rsidRPr="005C75C5">
        <w:rPr>
          <w:b/>
        </w:rPr>
        <w:t>Section 4.09 Parliamentary Authority</w:t>
      </w:r>
    </w:p>
    <w:p w:rsidRPr="005C75C5" w:rsidR="006C3BAA" w:rsidRDefault="00F82E53" w14:paraId="24D977C5" w14:textId="77777777">
      <w:r w:rsidRPr="005C75C5">
        <w:t>Questions concerning parliamentary procedure shall be governed by the current edition of Robert's Rules of Order unless otherwise provided in these Bylaws.</w:t>
      </w:r>
    </w:p>
    <w:p w:rsidRPr="005C75C5" w:rsidR="006C3BAA" w:rsidRDefault="00F82E53" w14:paraId="45D48FD7" w14:textId="77777777">
      <w:r w:rsidRPr="005C75C5">
        <w:rPr>
          <w:b/>
        </w:rPr>
        <w:t>Section 4.10 Participation by Electronic Means</w:t>
      </w:r>
    </w:p>
    <w:p w:rsidRPr="005C75C5" w:rsidR="006C3BAA" w:rsidRDefault="00F82E53" w14:paraId="069F0BB1" w14:textId="77777777">
      <w:r w:rsidRPr="005C75C5">
        <w:t xml:space="preserve">Members of the Board of Directors may participate in any Board Meeting or Special </w:t>
      </w:r>
      <w:proofErr w:type="gramStart"/>
      <w:r w:rsidRPr="005C75C5">
        <w:t>Meeting</w:t>
      </w:r>
      <w:proofErr w:type="gramEnd"/>
      <w:r w:rsidRPr="005C75C5">
        <w:t xml:space="preserve"> through telephone conference, video conference, or other communication technology that permits all participants to hear one another simultaneously.</w:t>
      </w:r>
    </w:p>
    <w:p w:rsidRPr="005C75C5" w:rsidR="006C3BAA" w:rsidRDefault="00F82E53" w14:paraId="1E903DF3" w14:textId="77777777">
      <w:r w:rsidRPr="005C75C5">
        <w:t>Participation by such means shall constitute presence for quorum and voting purposes.</w:t>
      </w:r>
    </w:p>
    <w:p w:rsidRPr="005C75C5" w:rsidR="006C3BAA" w:rsidRDefault="00F82E53" w14:paraId="476F9693" w14:textId="77777777">
      <w:pPr>
        <w:jc w:val="center"/>
      </w:pPr>
      <w:r w:rsidRPr="005C75C5">
        <w:rPr>
          <w:b/>
          <w:sz w:val="28"/>
        </w:rPr>
        <w:t>ARTICLE V</w:t>
      </w:r>
    </w:p>
    <w:p w:rsidRPr="005C75C5" w:rsidR="006C3BAA" w:rsidRDefault="00F82E53" w14:paraId="1EF06D7B" w14:textId="77777777">
      <w:pPr>
        <w:jc w:val="center"/>
      </w:pPr>
      <w:r w:rsidRPr="005C75C5">
        <w:rPr>
          <w:b/>
          <w:sz w:val="24"/>
        </w:rPr>
        <w:t>BOARD OF DIRECTORS</w:t>
      </w:r>
    </w:p>
    <w:p w:rsidRPr="005C75C5" w:rsidR="006C3BAA" w:rsidRDefault="00F82E53" w14:paraId="08A4C6A1" w14:textId="77777777">
      <w:r w:rsidRPr="005C75C5">
        <w:rPr>
          <w:b/>
        </w:rPr>
        <w:t>Section 5.01 Authority</w:t>
      </w:r>
    </w:p>
    <w:p w:rsidRPr="005C75C5" w:rsidR="006C3BAA" w:rsidRDefault="00F82E53" w14:paraId="3464B1C8" w14:textId="77777777">
      <w:r w:rsidRPr="005C75C5">
        <w:t>The affairs of HAYSA shall be managed by and under the direction of the Board of Directors.</w:t>
      </w:r>
    </w:p>
    <w:p w:rsidRPr="005C75C5" w:rsidR="006C3BAA" w:rsidRDefault="00F82E53" w14:paraId="16050E57" w14:textId="77777777">
      <w:r w:rsidRPr="005C75C5">
        <w:t>The Board shall exercise all powers granted by law, the Articles of Incorporation, the Constitution, and these Bylaws.</w:t>
      </w:r>
    </w:p>
    <w:p w:rsidRPr="005C75C5" w:rsidR="006C3BAA" w:rsidRDefault="00F82E53" w14:paraId="5B03DA6C" w14:textId="77777777">
      <w:r w:rsidRPr="005C75C5">
        <w:rPr>
          <w:b/>
        </w:rPr>
        <w:t>Section 5.02 Responsibilities</w:t>
      </w:r>
    </w:p>
    <w:p w:rsidRPr="005C75C5" w:rsidR="006C3BAA" w:rsidRDefault="00F82E53" w14:paraId="3DDF51A1" w14:textId="77777777">
      <w:r w:rsidRPr="005C75C5">
        <w:t>The Board shall:</w:t>
      </w:r>
    </w:p>
    <w:p w:rsidRPr="005C75C5" w:rsidR="006C3BAA" w:rsidRDefault="00F82E53" w14:paraId="3B4B52A6" w14:textId="77777777">
      <w:pPr>
        <w:ind w:left="504"/>
      </w:pPr>
      <w:r w:rsidRPr="005C75C5">
        <w:t>(a) Promote sportsmanship and player safety;</w:t>
      </w:r>
    </w:p>
    <w:p w:rsidRPr="005C75C5" w:rsidR="006C3BAA" w:rsidRDefault="00F82E53" w14:paraId="53AE76E1" w14:textId="77777777">
      <w:pPr>
        <w:ind w:left="504"/>
      </w:pPr>
      <w:r w:rsidRPr="005C75C5">
        <w:t>(b) Oversee league operations and programs;</w:t>
      </w:r>
    </w:p>
    <w:p w:rsidRPr="005C75C5" w:rsidR="006C3BAA" w:rsidRDefault="00F82E53" w14:paraId="67138800" w14:textId="77777777">
      <w:pPr>
        <w:ind w:left="504"/>
      </w:pPr>
      <w:r w:rsidRPr="005C75C5">
        <w:t>(c) Establish schedules and programming;</w:t>
      </w:r>
    </w:p>
    <w:p w:rsidRPr="005C75C5" w:rsidR="006C3BAA" w:rsidRDefault="00F82E53" w14:paraId="73556846" w14:textId="77777777">
      <w:pPr>
        <w:ind w:left="504"/>
      </w:pPr>
      <w:r w:rsidRPr="005C75C5">
        <w:t>(d) Maintain the financial integrity of HAYSA;</w:t>
      </w:r>
    </w:p>
    <w:p w:rsidRPr="005C75C5" w:rsidR="006C3BAA" w:rsidRDefault="00F82E53" w14:paraId="2E8E446F" w14:textId="77777777">
      <w:pPr>
        <w:ind w:left="504"/>
      </w:pPr>
      <w:r w:rsidRPr="005C75C5">
        <w:t>(e) Ensure compliance with governing body requirements; and</w:t>
      </w:r>
    </w:p>
    <w:p w:rsidRPr="005C75C5" w:rsidR="006C3BAA" w:rsidRDefault="00F82E53" w14:paraId="22E42BAB" w14:textId="77777777">
      <w:pPr>
        <w:ind w:left="504"/>
      </w:pPr>
      <w:r w:rsidRPr="005C75C5">
        <w:t>(f) Act in furtherance of the mission of HAYSA.</w:t>
      </w:r>
    </w:p>
    <w:p w:rsidRPr="005C75C5" w:rsidR="006C3BAA" w:rsidRDefault="00F82E53" w14:paraId="266C14B1" w14:textId="77777777">
      <w:r w:rsidRPr="005C75C5">
        <w:rPr>
          <w:b/>
        </w:rPr>
        <w:t>Section 5.03 Compensation</w:t>
      </w:r>
    </w:p>
    <w:p w:rsidRPr="005C75C5" w:rsidR="006C3BAA" w:rsidRDefault="00F82E53" w14:paraId="1B628E6A" w14:textId="77777777">
      <w:r w:rsidRPr="005C75C5">
        <w:t>Directors shall serve without compensation.</w:t>
      </w:r>
    </w:p>
    <w:p w:rsidRPr="005C75C5" w:rsidR="006C3BAA" w:rsidRDefault="00F82E53" w14:paraId="2EFE3041" w14:textId="77777777">
      <w:r w:rsidRPr="005C75C5">
        <w:rPr>
          <w:b/>
        </w:rPr>
        <w:t>Section 5.04 Confidentiality</w:t>
      </w:r>
    </w:p>
    <w:p w:rsidRPr="005C75C5" w:rsidR="006C3BAA" w:rsidRDefault="00F82E53" w14:paraId="688E0CD8" w14:textId="77777777">
      <w:r w:rsidRPr="005C75C5">
        <w:t>Directors shall maintain the confidentiality of non-public information relating to:</w:t>
      </w:r>
    </w:p>
    <w:p w:rsidRPr="005C75C5" w:rsidR="006C3BAA" w:rsidRDefault="00F82E53" w14:paraId="2C8FB581" w14:textId="77777777">
      <w:pPr>
        <w:ind w:left="504"/>
      </w:pPr>
      <w:r w:rsidRPr="005C75C5">
        <w:t>(a) Personnel matters;</w:t>
      </w:r>
    </w:p>
    <w:p w:rsidRPr="005C75C5" w:rsidR="006C3BAA" w:rsidRDefault="00F82E53" w14:paraId="2032D315" w14:textId="77777777">
      <w:pPr>
        <w:ind w:left="504"/>
      </w:pPr>
      <w:r w:rsidRPr="005C75C5">
        <w:t>(b) Disciplinary matters;</w:t>
      </w:r>
    </w:p>
    <w:p w:rsidRPr="005C75C5" w:rsidR="006C3BAA" w:rsidRDefault="00F82E53" w14:paraId="58D88F77" w14:textId="77777777">
      <w:pPr>
        <w:ind w:left="504"/>
      </w:pPr>
      <w:r w:rsidRPr="005C75C5">
        <w:t>(c) Legal matters; and</w:t>
      </w:r>
    </w:p>
    <w:p w:rsidRPr="005C75C5" w:rsidR="006C3BAA" w:rsidRDefault="00F82E53" w14:paraId="0704A2F9" w14:textId="77777777">
      <w:pPr>
        <w:ind w:left="504"/>
      </w:pPr>
      <w:r w:rsidRPr="005C75C5">
        <w:t>(d) Sensitive financial information.</w:t>
      </w:r>
    </w:p>
    <w:p w:rsidRPr="005C75C5" w:rsidR="006C3BAA" w:rsidRDefault="00F82E53" w14:paraId="57ECDCA8" w14:textId="77777777">
      <w:r w:rsidRPr="005C75C5">
        <w:t>This provision shall not restrict ordinary communications necessary to conduct HAYSA business.</w:t>
      </w:r>
    </w:p>
    <w:p w:rsidRPr="005C75C5" w:rsidR="006C3BAA" w:rsidRDefault="00F82E53" w14:paraId="34DA0DB2" w14:textId="77777777">
      <w:r w:rsidRPr="005C75C5">
        <w:rPr>
          <w:b/>
        </w:rPr>
        <w:t>Section 5.05 Board Composition</w:t>
      </w:r>
    </w:p>
    <w:p w:rsidRPr="005C75C5" w:rsidR="006C3BAA" w:rsidRDefault="00F82E53" w14:paraId="2C4C3863" w14:textId="77777777">
      <w:r w:rsidRPr="005C75C5">
        <w:t>Executive Officers</w:t>
      </w:r>
    </w:p>
    <w:p w:rsidRPr="005C75C5" w:rsidR="006C3BAA" w:rsidRDefault="00F82E53" w14:paraId="031BF5D3" w14:textId="77777777">
      <w:r w:rsidRPr="005C75C5">
        <w:t>The Executive Officers of HAYSA shall consist of:</w:t>
      </w:r>
    </w:p>
    <w:p w:rsidRPr="005C75C5" w:rsidR="006C3BAA" w:rsidRDefault="00F82E53" w14:paraId="62B25A8B" w14:textId="77777777">
      <w:pPr>
        <w:ind w:left="504"/>
      </w:pPr>
      <w:r w:rsidRPr="005C75C5">
        <w:t>(a) President;</w:t>
      </w:r>
    </w:p>
    <w:p w:rsidRPr="005C75C5" w:rsidR="006C3BAA" w:rsidRDefault="00F82E53" w14:paraId="6F487DDB" w14:textId="77777777">
      <w:pPr>
        <w:ind w:left="504"/>
      </w:pPr>
      <w:r w:rsidRPr="005C75C5">
        <w:t>(b) Vice President;</w:t>
      </w:r>
    </w:p>
    <w:p w:rsidRPr="005C75C5" w:rsidR="006C3BAA" w:rsidRDefault="00F82E53" w14:paraId="4B1138F6" w14:textId="77777777">
      <w:pPr>
        <w:ind w:left="504"/>
      </w:pPr>
      <w:r w:rsidRPr="005C75C5">
        <w:t>(c) Treasurer;</w:t>
      </w:r>
    </w:p>
    <w:p w:rsidRPr="005C75C5" w:rsidR="006C3BAA" w:rsidRDefault="00F82E53" w14:paraId="6EC31FB0" w14:textId="77777777">
      <w:pPr>
        <w:ind w:left="504"/>
      </w:pPr>
      <w:r w:rsidRPr="005C75C5">
        <w:t>(d) Secretary;</w:t>
      </w:r>
    </w:p>
    <w:p w:rsidRPr="005C75C5" w:rsidR="006C3BAA" w:rsidRDefault="00F82E53" w14:paraId="4EA39979" w14:textId="77777777">
      <w:pPr>
        <w:ind w:left="504"/>
      </w:pPr>
      <w:r w:rsidRPr="005C75C5">
        <w:t>(e) Registrar; and</w:t>
      </w:r>
    </w:p>
    <w:p w:rsidRPr="005C75C5" w:rsidR="006C3BAA" w:rsidRDefault="00F82E53" w14:paraId="75439E94" w14:textId="77777777">
      <w:pPr>
        <w:ind w:left="504"/>
      </w:pPr>
      <w:r w:rsidRPr="005C75C5">
        <w:t>(f) Risk Manager.</w:t>
      </w:r>
    </w:p>
    <w:p w:rsidRPr="005C75C5" w:rsidR="006C3BAA" w:rsidRDefault="00F82E53" w14:paraId="1097F515" w14:textId="77777777">
      <w:r w:rsidRPr="005C75C5">
        <w:t>Additional Directors shall consist of:</w:t>
      </w:r>
    </w:p>
    <w:p w:rsidRPr="005C75C5" w:rsidR="006C3BAA" w:rsidRDefault="00F82E53" w14:paraId="30A1D4A3" w14:textId="77777777">
      <w:pPr>
        <w:ind w:left="504"/>
      </w:pPr>
      <w:r w:rsidRPr="005C75C5">
        <w:t>(a) Assistant Treasurer;</w:t>
      </w:r>
    </w:p>
    <w:p w:rsidRPr="005C75C5" w:rsidR="006C3BAA" w:rsidRDefault="00F82E53" w14:paraId="4B6738EC" w14:textId="77777777">
      <w:pPr>
        <w:ind w:left="504"/>
      </w:pPr>
      <w:r w:rsidRPr="005C75C5">
        <w:t>(b) Coach Coordinator;</w:t>
      </w:r>
    </w:p>
    <w:p w:rsidRPr="005C75C5" w:rsidR="006C3BAA" w:rsidRDefault="00F82E53" w14:paraId="51FF890E" w14:textId="77777777">
      <w:pPr>
        <w:ind w:left="504"/>
      </w:pPr>
      <w:r w:rsidRPr="005C75C5">
        <w:t>(c) Field and Equipment Manager;</w:t>
      </w:r>
    </w:p>
    <w:p w:rsidRPr="005C75C5" w:rsidR="006C3BAA" w:rsidRDefault="00F82E53" w14:paraId="5339B753" w14:textId="77777777">
      <w:pPr>
        <w:ind w:left="504"/>
      </w:pPr>
      <w:r w:rsidRPr="005C75C5">
        <w:t>(d) Mini Kicker Program Director;</w:t>
      </w:r>
    </w:p>
    <w:p w:rsidRPr="005C75C5" w:rsidR="006C3BAA" w:rsidRDefault="00F82E53" w14:paraId="683AD1CD" w14:textId="77777777">
      <w:pPr>
        <w:ind w:left="504"/>
      </w:pPr>
      <w:r w:rsidRPr="005C75C5">
        <w:t>(e) Referee Coordinator;</w:t>
      </w:r>
    </w:p>
    <w:p w:rsidRPr="005C75C5" w:rsidR="006C3BAA" w:rsidRDefault="00F82E53" w14:paraId="338F9FD5" w14:textId="77777777">
      <w:pPr>
        <w:ind w:left="504"/>
      </w:pPr>
      <w:r w:rsidRPr="005C75C5">
        <w:t>(f) Recreation Program Director;</w:t>
      </w:r>
    </w:p>
    <w:p w:rsidRPr="005C75C5" w:rsidR="006C3BAA" w:rsidRDefault="00F82E53" w14:paraId="27F3799C" w14:textId="77777777">
      <w:pPr>
        <w:ind w:left="504"/>
      </w:pPr>
      <w:r w:rsidRPr="005C75C5">
        <w:t>(g) Travel Program Director;</w:t>
      </w:r>
    </w:p>
    <w:p w:rsidRPr="005C75C5" w:rsidR="006C3BAA" w:rsidRDefault="00F82E53" w14:paraId="428D173C" w14:textId="77777777">
      <w:pPr>
        <w:ind w:left="504"/>
      </w:pPr>
      <w:r w:rsidRPr="005C75C5">
        <w:t>(h) Volunteer and Concession Coordinator; and</w:t>
      </w:r>
    </w:p>
    <w:p w:rsidRPr="005C75C5" w:rsidR="006C3BAA" w:rsidRDefault="00F82E53" w14:paraId="39C1302A" w14:textId="77777777">
      <w:pPr>
        <w:ind w:left="504"/>
      </w:pPr>
      <w:r w:rsidRPr="005C75C5">
        <w:t>(</w:t>
      </w:r>
      <w:proofErr w:type="spellStart"/>
      <w:r w:rsidRPr="005C75C5">
        <w:t>i</w:t>
      </w:r>
      <w:proofErr w:type="spellEnd"/>
      <w:r w:rsidRPr="005C75C5">
        <w:t>) Webmaster.</w:t>
      </w:r>
    </w:p>
    <w:p w:rsidRPr="005C75C5" w:rsidR="006C3BAA" w:rsidRDefault="00F82E53" w14:paraId="43618D28" w14:textId="77777777">
      <w:r w:rsidRPr="005C75C5">
        <w:rPr>
          <w:b/>
        </w:rPr>
        <w:t>Section 5.06 Members at Large</w:t>
      </w:r>
    </w:p>
    <w:p w:rsidRPr="005C75C5" w:rsidR="006C3BAA" w:rsidRDefault="00F82E53" w14:paraId="1070FF77" w14:textId="77777777">
      <w:r w:rsidRPr="005C75C5">
        <w:t>The Board of Directors may appoint up to five (5) Members at Large to serve in a non-voting capacity.</w:t>
      </w:r>
    </w:p>
    <w:p w:rsidRPr="005C75C5" w:rsidR="006C3BAA" w:rsidRDefault="00F82E53" w14:paraId="5A053A17" w14:textId="77777777">
      <w:r w:rsidRPr="005C75C5">
        <w:t>Members at Large shall serve as volunteer representatives of the Membership and may assist HAYSA with organizational support, event planning and execution, volunteer engagement, fundraising activities, program support, and other duties assigned by the Board of Directors.</w:t>
      </w:r>
    </w:p>
    <w:p w:rsidRPr="005C75C5" w:rsidR="006C3BAA" w:rsidRDefault="00F82E53" w14:paraId="15927799" w14:textId="77777777">
      <w:r w:rsidRPr="005C75C5">
        <w:t>The purpose of the Member at Large position is to encourage community involvement, provide opportunities for volunteer leadership development, and allow interested individuals to gain experience with HAYSA operations prior to seeking a formal Board position.</w:t>
      </w:r>
    </w:p>
    <w:p w:rsidRPr="005C75C5" w:rsidR="006C3BAA" w:rsidRDefault="00F82E53" w14:paraId="2F02E9FF" w14:textId="77777777">
      <w:r w:rsidRPr="005C75C5">
        <w:t>Members at Large shall:</w:t>
      </w:r>
    </w:p>
    <w:p w:rsidRPr="005C75C5" w:rsidR="006C3BAA" w:rsidRDefault="00F82E53" w14:paraId="1DD7A512" w14:textId="77777777">
      <w:pPr>
        <w:ind w:left="504"/>
      </w:pPr>
      <w:r w:rsidRPr="005C75C5">
        <w:t>(a) Be at least eighteen (18) years of age;</w:t>
      </w:r>
    </w:p>
    <w:p w:rsidRPr="005C75C5" w:rsidR="006C3BAA" w:rsidRDefault="00F82E53" w14:paraId="74E45750" w14:textId="77777777">
      <w:pPr>
        <w:ind w:left="504"/>
      </w:pPr>
      <w:r w:rsidRPr="005C75C5">
        <w:t>(b) Be Active Members in good standing;</w:t>
      </w:r>
    </w:p>
    <w:p w:rsidRPr="005C75C5" w:rsidR="006C3BAA" w:rsidRDefault="00F82E53" w14:paraId="76F6859B" w14:textId="77777777">
      <w:pPr>
        <w:ind w:left="504"/>
      </w:pPr>
      <w:r w:rsidRPr="005C75C5">
        <w:t>(c) Successfully complete any required background screening, CORI checks, registration requirements, and training required by HAYSA, MYSA, USYS, or USSF;</w:t>
      </w:r>
    </w:p>
    <w:p w:rsidRPr="005C75C5" w:rsidR="006C3BAA" w:rsidRDefault="00F82E53" w14:paraId="6A707ABA" w14:textId="77777777">
      <w:pPr>
        <w:ind w:left="504"/>
      </w:pPr>
      <w:r w:rsidRPr="005C75C5">
        <w:t>(d) Serve at the pleasure of the Board of Directors; and</w:t>
      </w:r>
    </w:p>
    <w:p w:rsidRPr="005C75C5" w:rsidR="006C3BAA" w:rsidRDefault="00F82E53" w14:paraId="78210F4D" w14:textId="77777777">
      <w:pPr>
        <w:ind w:left="504"/>
      </w:pPr>
      <w:r w:rsidRPr="005C75C5">
        <w:t>(e) Serve a term not to exceed one (1) year unless reappointed by the Board.</w:t>
      </w:r>
    </w:p>
    <w:p w:rsidRPr="005C75C5" w:rsidR="006C3BAA" w:rsidRDefault="00F82E53" w14:paraId="27550618" w14:textId="77777777">
      <w:r w:rsidRPr="005C75C5">
        <w:t>Members at Large may attend Board Meetings and participate in discussions when recognized by the President, but shall not:</w:t>
      </w:r>
    </w:p>
    <w:p w:rsidRPr="005C75C5" w:rsidR="006C3BAA" w:rsidRDefault="00F82E53" w14:paraId="03D789C9" w14:textId="77777777">
      <w:pPr>
        <w:ind w:left="504"/>
      </w:pPr>
      <w:r w:rsidRPr="005C75C5">
        <w:t>(a) Vote on any matter before the Board;</w:t>
      </w:r>
    </w:p>
    <w:p w:rsidRPr="005C75C5" w:rsidR="006C3BAA" w:rsidRDefault="00F82E53" w14:paraId="7ECD86EF" w14:textId="77777777">
      <w:pPr>
        <w:ind w:left="504"/>
      </w:pPr>
      <w:r w:rsidRPr="005C75C5">
        <w:t>(b) Be counted toward quorum; or</w:t>
      </w:r>
    </w:p>
    <w:p w:rsidRPr="005C75C5" w:rsidR="006C3BAA" w:rsidRDefault="00F82E53" w14:paraId="2DBE7164" w14:textId="77777777">
      <w:pPr>
        <w:ind w:left="504"/>
      </w:pPr>
      <w:r w:rsidRPr="005C75C5">
        <w:t>(c) Hold Executive Officer positions unless separately elected or appointed to the Board in accordance with these Bylaws.</w:t>
      </w:r>
    </w:p>
    <w:p w:rsidRPr="005C75C5" w:rsidR="006C3BAA" w:rsidRDefault="00F82E53" w14:paraId="7E10D8D3" w14:textId="77777777">
      <w:r w:rsidRPr="005C75C5">
        <w:rPr>
          <w:b/>
        </w:rPr>
        <w:t>Section 5.07 Qualifications</w:t>
      </w:r>
    </w:p>
    <w:p w:rsidRPr="005C75C5" w:rsidR="006C3BAA" w:rsidRDefault="00F82E53" w14:paraId="675B0C23" w14:textId="77777777">
      <w:r w:rsidRPr="005C75C5">
        <w:t>To serve on the Board of Directors, an individual must:</w:t>
      </w:r>
    </w:p>
    <w:p w:rsidRPr="005C75C5" w:rsidR="006C3BAA" w:rsidRDefault="00F82E53" w14:paraId="2AED93BA" w14:textId="77777777">
      <w:pPr>
        <w:ind w:left="504"/>
      </w:pPr>
      <w:r w:rsidRPr="005C75C5">
        <w:t>(a) Be at least eighteen (18) years of age;</w:t>
      </w:r>
    </w:p>
    <w:p w:rsidRPr="005C75C5" w:rsidR="006C3BAA" w:rsidRDefault="00F82E53" w14:paraId="77490775" w14:textId="77777777">
      <w:pPr>
        <w:ind w:left="504"/>
      </w:pPr>
      <w:r w:rsidRPr="005C75C5">
        <w:t>(b) Be an Active Member;</w:t>
      </w:r>
    </w:p>
    <w:p w:rsidRPr="005C75C5" w:rsidR="006C3BAA" w:rsidRDefault="00F82E53" w14:paraId="47AFF8E2" w14:textId="77777777">
      <w:pPr>
        <w:ind w:left="504"/>
      </w:pPr>
      <w:r w:rsidRPr="005C75C5">
        <w:t>(c) Be in good standing with HAYSA;</w:t>
      </w:r>
    </w:p>
    <w:p w:rsidRPr="005C75C5" w:rsidR="006C3BAA" w:rsidRDefault="00F82E53" w14:paraId="44EBC6CD" w14:textId="77777777">
      <w:pPr>
        <w:ind w:left="504"/>
      </w:pPr>
      <w:r w:rsidRPr="005C75C5">
        <w:t>(d) Successfully complete all required CORI checks; and</w:t>
      </w:r>
    </w:p>
    <w:p w:rsidRPr="005C75C5" w:rsidR="006C3BAA" w:rsidRDefault="00F82E53" w14:paraId="24367201" w14:textId="77777777">
      <w:pPr>
        <w:ind w:left="504"/>
      </w:pPr>
      <w:r w:rsidRPr="005C75C5">
        <w:t>(e) Successfully complete all required background screening.</w:t>
      </w:r>
    </w:p>
    <w:p w:rsidRPr="005C75C5" w:rsidR="006C3BAA" w:rsidRDefault="00F82E53" w14:paraId="57C0476F" w14:textId="77777777">
      <w:r w:rsidRPr="005C75C5">
        <w:rPr>
          <w:b/>
        </w:rPr>
        <w:t>Section 5.08 Terms of Office</w:t>
      </w:r>
    </w:p>
    <w:p w:rsidRPr="005C75C5" w:rsidR="006C3BAA" w:rsidRDefault="00F82E53" w14:paraId="06815A93" w14:textId="77777777">
      <w:r w:rsidRPr="005C75C5">
        <w:t xml:space="preserve">Directors </w:t>
      </w:r>
      <w:proofErr w:type="gramStart"/>
      <w:r w:rsidRPr="005C75C5">
        <w:t>shall</w:t>
      </w:r>
      <w:proofErr w:type="gramEnd"/>
      <w:r w:rsidRPr="005C75C5">
        <w:t xml:space="preserve"> serve staggered two-year terms.</w:t>
      </w:r>
    </w:p>
    <w:p w:rsidRPr="005C75C5" w:rsidR="006C3BAA" w:rsidRDefault="00F82E53" w14:paraId="2B7C6670" w14:textId="77777777">
      <w:r w:rsidRPr="005C75C5">
        <w:t>The following positions shall be elected during odd-numbered years:</w:t>
      </w:r>
    </w:p>
    <w:p w:rsidRPr="005C75C5" w:rsidR="006C3BAA" w:rsidRDefault="00F82E53" w14:paraId="5E729088" w14:textId="77777777">
      <w:pPr>
        <w:ind w:left="504"/>
      </w:pPr>
      <w:r w:rsidRPr="005C75C5">
        <w:t>(a) President;</w:t>
      </w:r>
    </w:p>
    <w:p w:rsidRPr="005C75C5" w:rsidR="006C3BAA" w:rsidRDefault="00F82E53" w14:paraId="6C1F93EF" w14:textId="77777777">
      <w:pPr>
        <w:ind w:left="504"/>
      </w:pPr>
      <w:r w:rsidRPr="005C75C5">
        <w:t>(b) Treasurer;</w:t>
      </w:r>
    </w:p>
    <w:p w:rsidRPr="005C75C5" w:rsidR="006C3BAA" w:rsidRDefault="00F82E53" w14:paraId="127B328F" w14:textId="77777777">
      <w:pPr>
        <w:ind w:left="504"/>
      </w:pPr>
      <w:r w:rsidRPr="005C75C5">
        <w:t>(c) Secretary;</w:t>
      </w:r>
    </w:p>
    <w:p w:rsidRPr="005C75C5" w:rsidR="006C3BAA" w:rsidRDefault="00F82E53" w14:paraId="1B4F5FCF" w14:textId="77777777">
      <w:pPr>
        <w:ind w:left="504"/>
      </w:pPr>
      <w:r w:rsidRPr="005C75C5">
        <w:t>(d) Coach Coordinator;</w:t>
      </w:r>
    </w:p>
    <w:p w:rsidRPr="005C75C5" w:rsidR="006C3BAA" w:rsidRDefault="00F82E53" w14:paraId="4F1B4318" w14:textId="77777777">
      <w:pPr>
        <w:ind w:left="504"/>
      </w:pPr>
      <w:r w:rsidRPr="005C75C5">
        <w:t>(e) Mini Kicker Program Director;</w:t>
      </w:r>
    </w:p>
    <w:p w:rsidRPr="005C75C5" w:rsidR="006C3BAA" w:rsidRDefault="00F82E53" w14:paraId="63E9C0B7" w14:textId="77777777">
      <w:pPr>
        <w:ind w:left="504"/>
      </w:pPr>
      <w:r w:rsidRPr="005C75C5">
        <w:t>(f) Referee Coordinator;</w:t>
      </w:r>
    </w:p>
    <w:p w:rsidRPr="005C75C5" w:rsidR="006C3BAA" w:rsidRDefault="00F82E53" w14:paraId="199313E2" w14:textId="77777777">
      <w:pPr>
        <w:ind w:left="504"/>
      </w:pPr>
      <w:r w:rsidRPr="005C75C5">
        <w:t>(g) Travel Program Director; and</w:t>
      </w:r>
    </w:p>
    <w:p w:rsidRPr="005C75C5" w:rsidR="006C3BAA" w:rsidRDefault="00F82E53" w14:paraId="3A6E920E" w14:textId="77777777">
      <w:pPr>
        <w:ind w:left="504"/>
      </w:pPr>
      <w:r w:rsidRPr="005C75C5">
        <w:t>(h) Webmaster.</w:t>
      </w:r>
    </w:p>
    <w:p w:rsidRPr="005C75C5" w:rsidR="006C3BAA" w:rsidRDefault="00F82E53" w14:paraId="3EE5EB78" w14:textId="77777777">
      <w:r w:rsidRPr="005C75C5">
        <w:t>The following positions shall be elected during even-numbered years:</w:t>
      </w:r>
    </w:p>
    <w:p w:rsidRPr="005C75C5" w:rsidR="006C3BAA" w:rsidRDefault="00F82E53" w14:paraId="15871FE8" w14:textId="77777777">
      <w:pPr>
        <w:ind w:left="504"/>
      </w:pPr>
      <w:r w:rsidRPr="005C75C5">
        <w:t>(a) Vice President;</w:t>
      </w:r>
    </w:p>
    <w:p w:rsidRPr="005C75C5" w:rsidR="006C3BAA" w:rsidRDefault="00F82E53" w14:paraId="7BDFBB6E" w14:textId="77777777">
      <w:pPr>
        <w:ind w:left="504"/>
      </w:pPr>
      <w:r w:rsidRPr="005C75C5">
        <w:t>(b) Registrar;</w:t>
      </w:r>
    </w:p>
    <w:p w:rsidRPr="005C75C5" w:rsidR="006C3BAA" w:rsidRDefault="00F82E53" w14:paraId="512654FC" w14:textId="77777777">
      <w:pPr>
        <w:ind w:left="504"/>
      </w:pPr>
      <w:r w:rsidRPr="005C75C5">
        <w:t>(c) Risk Manager;</w:t>
      </w:r>
    </w:p>
    <w:p w:rsidRPr="005C75C5" w:rsidR="006C3BAA" w:rsidRDefault="00F82E53" w14:paraId="46972249" w14:textId="77777777">
      <w:pPr>
        <w:ind w:left="504"/>
      </w:pPr>
      <w:r w:rsidRPr="005C75C5">
        <w:t>(d) Assistant Treasurer;</w:t>
      </w:r>
    </w:p>
    <w:p w:rsidRPr="005C75C5" w:rsidR="006C3BAA" w:rsidRDefault="00F82E53" w14:paraId="2F0B2316" w14:textId="77777777">
      <w:pPr>
        <w:ind w:left="504"/>
      </w:pPr>
      <w:r w:rsidRPr="005C75C5">
        <w:t>(e) Field and Equipment Manager;</w:t>
      </w:r>
    </w:p>
    <w:p w:rsidRPr="005C75C5" w:rsidR="006C3BAA" w:rsidRDefault="00F82E53" w14:paraId="594DD14B" w14:textId="77777777">
      <w:pPr>
        <w:ind w:left="504"/>
      </w:pPr>
      <w:r w:rsidRPr="005C75C5">
        <w:t>(f) Recreation Program Director; and</w:t>
      </w:r>
    </w:p>
    <w:p w:rsidRPr="005C75C5" w:rsidR="006C3BAA" w:rsidRDefault="00F82E53" w14:paraId="1962FCF8" w14:textId="77777777">
      <w:pPr>
        <w:ind w:left="504"/>
      </w:pPr>
      <w:r w:rsidRPr="005C75C5">
        <w:t>(g) Volunteer and Concession Coordinator.</w:t>
      </w:r>
    </w:p>
    <w:p w:rsidRPr="005C75C5" w:rsidR="006C3BAA" w:rsidRDefault="00F82E53" w14:paraId="058F7DF4" w14:textId="77777777">
      <w:r w:rsidRPr="005C75C5">
        <w:t>Newly elected Directors shall assume office on July 1.</w:t>
      </w:r>
    </w:p>
    <w:p w:rsidRPr="005C75C5" w:rsidR="006C3BAA" w:rsidRDefault="00F82E53" w14:paraId="6CDFB488" w14:textId="779A1D12">
      <w:r w:rsidRPr="005C75C5">
        <w:t xml:space="preserve">All required training, acknowledgements, CORI requirements, and background screening requirements must be completed no later than </w:t>
      </w:r>
      <w:r w:rsidR="007A7669">
        <w:t>August</w:t>
      </w:r>
      <w:r w:rsidRPr="005C75C5">
        <w:t xml:space="preserve"> 31.</w:t>
      </w:r>
    </w:p>
    <w:p w:rsidRPr="005C75C5" w:rsidR="006C3BAA" w:rsidRDefault="00F82E53" w14:paraId="5D1DBCC4" w14:textId="4DE8C534">
      <w:r w:rsidRPr="005C75C5">
        <w:t xml:space="preserve">Failure to satisfy these requirements by </w:t>
      </w:r>
      <w:r w:rsidR="007A7669">
        <w:t>August</w:t>
      </w:r>
      <w:r w:rsidRPr="005C75C5">
        <w:t xml:space="preserve"> 31 shall result in the position being declared vacant.</w:t>
      </w:r>
    </w:p>
    <w:p w:rsidRPr="005C75C5" w:rsidR="006C3BAA" w:rsidRDefault="00F82E53" w14:paraId="58DF92AE" w14:textId="77777777">
      <w:r w:rsidRPr="005C75C5">
        <w:t>At least one representative from each community should serve on the Board whenever possible and practical.</w:t>
      </w:r>
    </w:p>
    <w:p w:rsidRPr="005C75C5" w:rsidR="006C3BAA" w:rsidRDefault="00F82E53" w14:paraId="140AF122" w14:textId="77777777">
      <w:r w:rsidRPr="005C75C5">
        <w:t>Failure to obtain representation from each community shall not prevent the Board from filling vacancies or conducting business.</w:t>
      </w:r>
    </w:p>
    <w:p w:rsidRPr="005C75C5" w:rsidR="006C3BAA" w:rsidRDefault="00F82E53" w14:paraId="02D1699E" w14:textId="77777777">
      <w:r w:rsidRPr="005C75C5">
        <w:rPr>
          <w:b/>
        </w:rPr>
        <w:t>Section 5.09 Vacancies</w:t>
      </w:r>
    </w:p>
    <w:p w:rsidRPr="005C75C5" w:rsidR="006C3BAA" w:rsidRDefault="00F82E53" w14:paraId="36CD71B8" w14:textId="77777777">
      <w:r w:rsidRPr="005C75C5">
        <w:t>Notice of positions scheduled for election shall be posted on the HAYSA website and distributed to the Membership no later than April 1 of each year.</w:t>
      </w:r>
    </w:p>
    <w:p w:rsidRPr="005C75C5" w:rsidR="006C3BAA" w:rsidRDefault="00F82E53" w14:paraId="029076D8" w14:textId="77777777">
      <w:r w:rsidRPr="005C75C5">
        <w:t>Vacancies occurring before expiration of a term shall be announced to the Membership as soon as practical.</w:t>
      </w:r>
    </w:p>
    <w:p w:rsidRPr="005C75C5" w:rsidR="006C3BAA" w:rsidRDefault="00F82E53" w14:paraId="7B2BDC29" w14:textId="77777777">
      <w:r w:rsidRPr="005C75C5">
        <w:t xml:space="preserve">Applications and nominations shall be accepted </w:t>
      </w:r>
      <w:proofErr w:type="gramStart"/>
      <w:r w:rsidRPr="005C75C5">
        <w:t>through</w:t>
      </w:r>
      <w:proofErr w:type="gramEnd"/>
      <w:r w:rsidRPr="005C75C5">
        <w:t xml:space="preserve"> a deadline established by the Board.</w:t>
      </w:r>
    </w:p>
    <w:p w:rsidRPr="005C75C5" w:rsidR="006C3BAA" w:rsidRDefault="00F82E53" w14:paraId="5CAA0ABB" w14:textId="77777777">
      <w:r w:rsidRPr="005C75C5">
        <w:t>Applicants shall be reviewed promptly following receipt of all required background screening results.</w:t>
      </w:r>
    </w:p>
    <w:p w:rsidRPr="005C75C5" w:rsidR="006C3BAA" w:rsidRDefault="00F82E53" w14:paraId="026A7FD4" w14:textId="77777777">
      <w:r w:rsidRPr="005C75C5">
        <w:t>The Executive Board shall recommend appointments to vacant positions.</w:t>
      </w:r>
    </w:p>
    <w:p w:rsidRPr="005C75C5" w:rsidR="006C3BAA" w:rsidRDefault="00F82E53" w14:paraId="4AB69DF7" w14:textId="77777777">
      <w:proofErr w:type="gramStart"/>
      <w:r w:rsidRPr="005C75C5">
        <w:t>Appointments shall</w:t>
      </w:r>
      <w:proofErr w:type="gramEnd"/>
      <w:r w:rsidRPr="005C75C5">
        <w:t xml:space="preserve"> require approval by majority vote of the full Board.</w:t>
      </w:r>
    </w:p>
    <w:p w:rsidRPr="005C75C5" w:rsidR="006C3BAA" w:rsidRDefault="00F82E53" w14:paraId="5AD6DE2E" w14:textId="77777777">
      <w:r w:rsidRPr="005C75C5">
        <w:t>Individuals appointed to fill vacancies shall serve the remainder of the unexpired term.</w:t>
      </w:r>
    </w:p>
    <w:p w:rsidRPr="005C75C5" w:rsidR="006C3BAA" w:rsidRDefault="00F82E53" w14:paraId="00166634" w14:textId="77777777">
      <w:r w:rsidRPr="005C75C5">
        <w:rPr>
          <w:b/>
        </w:rPr>
        <w:t>Section 5.10 Removal</w:t>
      </w:r>
    </w:p>
    <w:p w:rsidRPr="005C75C5" w:rsidR="006C3BAA" w:rsidRDefault="00F82E53" w14:paraId="765B840C" w14:textId="77777777">
      <w:r w:rsidRPr="005C75C5">
        <w:t xml:space="preserve">A Director may be removed </w:t>
      </w:r>
      <w:proofErr w:type="gramStart"/>
      <w:r w:rsidRPr="005C75C5">
        <w:t>for conduct</w:t>
      </w:r>
      <w:proofErr w:type="gramEnd"/>
      <w:r w:rsidRPr="005C75C5">
        <w:t xml:space="preserve"> materially detrimental to HAYSA, its members, or its mission.</w:t>
      </w:r>
    </w:p>
    <w:p w:rsidRPr="005C75C5" w:rsidR="006C3BAA" w:rsidRDefault="00F82E53" w14:paraId="2FE5B22E" w14:textId="77777777">
      <w:r w:rsidRPr="005C75C5">
        <w:t>A Director may also be removed for failure to attend three (3) meetings without just cause.</w:t>
      </w:r>
    </w:p>
    <w:p w:rsidRPr="005C75C5" w:rsidR="006C3BAA" w:rsidRDefault="00F82E53" w14:paraId="19F14C88" w14:textId="77777777">
      <w:r w:rsidRPr="005C75C5">
        <w:t>Written notice of a proposed removal action shall be provided to the Board at least ten (10) days before the meeting at which the matter will be considered.</w:t>
      </w:r>
    </w:p>
    <w:p w:rsidRPr="005C75C5" w:rsidR="006C3BAA" w:rsidRDefault="00F82E53" w14:paraId="5911AB43" w14:textId="77777777">
      <w:r w:rsidRPr="005C75C5">
        <w:t>The Director subject to removal shall receive written notice at least seven (7) days before the meeting.</w:t>
      </w:r>
    </w:p>
    <w:p w:rsidRPr="005C75C5" w:rsidR="006C3BAA" w:rsidRDefault="00F82E53" w14:paraId="15E4097A" w14:textId="77777777">
      <w:r w:rsidRPr="005C75C5">
        <w:t>The Director shall be afforded an opportunity to be heard before any vote is taken.</w:t>
      </w:r>
    </w:p>
    <w:p w:rsidRPr="005C75C5" w:rsidR="006C3BAA" w:rsidRDefault="00F82E53" w14:paraId="684C4284" w14:textId="77777777">
      <w:r w:rsidRPr="005C75C5">
        <w:t>The Director subject to removal shall not vote on the matter.</w:t>
      </w:r>
    </w:p>
    <w:p w:rsidRPr="005C75C5" w:rsidR="006C3BAA" w:rsidRDefault="00F82E53" w14:paraId="50A0C0CE" w14:textId="77777777">
      <w:r w:rsidRPr="005C75C5">
        <w:t>Removal shall require a majority vote of the remaining Directors present.</w:t>
      </w:r>
    </w:p>
    <w:p w:rsidRPr="005C75C5" w:rsidR="006C3BAA" w:rsidRDefault="00F82E53" w14:paraId="36491440" w14:textId="77777777">
      <w:pPr>
        <w:jc w:val="center"/>
      </w:pPr>
      <w:r w:rsidRPr="005C75C5">
        <w:rPr>
          <w:b/>
          <w:sz w:val="28"/>
        </w:rPr>
        <w:t>ARTICLE VI</w:t>
      </w:r>
    </w:p>
    <w:p w:rsidRPr="005C75C5" w:rsidR="006C3BAA" w:rsidRDefault="00F82E53" w14:paraId="2C9AA2BC" w14:textId="77777777">
      <w:pPr>
        <w:jc w:val="center"/>
      </w:pPr>
      <w:r w:rsidRPr="005C75C5">
        <w:rPr>
          <w:b/>
          <w:sz w:val="24"/>
        </w:rPr>
        <w:t>OFFICERS AND DIRECTOR RESPONSIBILITIES</w:t>
      </w:r>
    </w:p>
    <w:p w:rsidRPr="005C75C5" w:rsidR="006C3BAA" w:rsidRDefault="00F82E53" w14:paraId="4361C4B6" w14:textId="77777777">
      <w:r w:rsidRPr="005C75C5">
        <w:rPr>
          <w:b/>
        </w:rPr>
        <w:t>Section 6.01 Executive Officers</w:t>
      </w:r>
    </w:p>
    <w:p w:rsidRPr="005C75C5" w:rsidR="006C3BAA" w:rsidRDefault="00F82E53" w14:paraId="18C45FB9" w14:textId="77777777">
      <w:r w:rsidRPr="005C75C5">
        <w:t>No individual shall simultaneously hold more than one Executive Officer position.</w:t>
      </w:r>
    </w:p>
    <w:p w:rsidRPr="005C75C5" w:rsidR="006C3BAA" w:rsidRDefault="00F82E53" w14:paraId="4098FB5F" w14:textId="77777777">
      <w:r w:rsidRPr="005C75C5">
        <w:t>Executive Officers may assist in other capacities as necessary.</w:t>
      </w:r>
    </w:p>
    <w:p w:rsidRPr="005C75C5" w:rsidR="006C3BAA" w:rsidRDefault="00F82E53" w14:paraId="47F04A12" w14:textId="77777777">
      <w:r w:rsidRPr="005C75C5">
        <w:t>Members of the same family may not simultaneously serve as Executive Officers.</w:t>
      </w:r>
    </w:p>
    <w:p w:rsidRPr="005C75C5" w:rsidR="006C3BAA" w:rsidRDefault="00F82E53" w14:paraId="68567738" w14:textId="77777777">
      <w:r w:rsidRPr="005C75C5">
        <w:t>For purposes of this Article, family includes spouses, domestic partners, parents, guardians, siblings, children, and individuals residing in the same household.</w:t>
      </w:r>
    </w:p>
    <w:p w:rsidRPr="005C75C5" w:rsidR="006C3BAA" w:rsidRDefault="00F82E53" w14:paraId="582881A6" w14:textId="77777777">
      <w:r w:rsidRPr="005C75C5">
        <w:rPr>
          <w:b/>
        </w:rPr>
        <w:t>Section 6.02 President</w:t>
      </w:r>
    </w:p>
    <w:p w:rsidRPr="005C75C5" w:rsidR="006C3BAA" w:rsidRDefault="00F82E53" w14:paraId="2502A322" w14:textId="77777777">
      <w:r w:rsidRPr="005C75C5">
        <w:t>The President shall serve as the chief volunteer officer of HAYSA and shall:</w:t>
      </w:r>
    </w:p>
    <w:p w:rsidRPr="005C75C5" w:rsidR="006C3BAA" w:rsidP="00700E08" w:rsidRDefault="00F82E53" w14:paraId="7139236B" w14:textId="77777777">
      <w:pPr>
        <w:spacing w:after="120"/>
        <w:ind w:left="504"/>
      </w:pPr>
      <w:r w:rsidRPr="005C75C5">
        <w:t>(a) Preside at meetings of the Membership, Board of Directors, and Executive Committee;</w:t>
      </w:r>
    </w:p>
    <w:p w:rsidRPr="005C75C5" w:rsidR="006C3BAA" w:rsidP="00700E08" w:rsidRDefault="00F82E53" w14:paraId="3810B86E" w14:textId="77777777">
      <w:pPr>
        <w:spacing w:after="120"/>
        <w:ind w:left="504"/>
      </w:pPr>
      <w:r w:rsidRPr="005C75C5">
        <w:t>(b) Provide leadership and direction to the Board;</w:t>
      </w:r>
    </w:p>
    <w:p w:rsidRPr="005C75C5" w:rsidR="006C3BAA" w:rsidP="00700E08" w:rsidRDefault="00F82E53" w14:paraId="748037D6" w14:textId="77777777">
      <w:pPr>
        <w:spacing w:after="120"/>
        <w:ind w:left="504"/>
      </w:pPr>
      <w:r w:rsidRPr="005C75C5">
        <w:t>(c) Serve as the primary representative of HAYSA;</w:t>
      </w:r>
    </w:p>
    <w:p w:rsidRPr="005C75C5" w:rsidR="006C3BAA" w:rsidP="00700E08" w:rsidRDefault="00F82E53" w14:paraId="75EB11D0" w14:textId="77777777">
      <w:pPr>
        <w:spacing w:after="120"/>
        <w:ind w:left="504"/>
      </w:pPr>
      <w:r w:rsidRPr="005C75C5">
        <w:t>(d) Ensure implementation of Board-approved policies and programs; and</w:t>
      </w:r>
    </w:p>
    <w:p w:rsidRPr="005C75C5" w:rsidR="006C3BAA" w:rsidP="00700E08" w:rsidRDefault="00F82E53" w14:paraId="5617492E" w14:textId="77777777">
      <w:pPr>
        <w:spacing w:after="120"/>
        <w:ind w:left="504"/>
      </w:pPr>
      <w:r w:rsidRPr="005C75C5">
        <w:t>(e) Perform other duties assigned by the Board.</w:t>
      </w:r>
    </w:p>
    <w:p w:rsidRPr="005C75C5" w:rsidR="006C3BAA" w:rsidRDefault="00F82E53" w14:paraId="565F43D9" w14:textId="77777777">
      <w:r w:rsidRPr="005C75C5">
        <w:rPr>
          <w:b/>
        </w:rPr>
        <w:t>Section 6.03 Vice President</w:t>
      </w:r>
    </w:p>
    <w:p w:rsidRPr="005C75C5" w:rsidR="006C3BAA" w:rsidRDefault="00F82E53" w14:paraId="1FBAC961" w14:textId="77777777">
      <w:r w:rsidRPr="005C75C5">
        <w:t>The Vice President shall perform the duties of the President in the President's absence or disability.</w:t>
      </w:r>
    </w:p>
    <w:p w:rsidRPr="005C75C5" w:rsidR="006C3BAA" w:rsidRDefault="00F82E53" w14:paraId="5BCC5724" w14:textId="77777777">
      <w:r w:rsidRPr="005C75C5">
        <w:t>The Vice President is encouraged to seek election as President upon completion of the President's term but shall not automatically assume the office.</w:t>
      </w:r>
    </w:p>
    <w:p w:rsidRPr="005C75C5" w:rsidR="006C3BAA" w:rsidRDefault="00F82E53" w14:paraId="4937F62A" w14:textId="77777777">
      <w:r w:rsidRPr="005C75C5">
        <w:t>The Vice President shall perform other duties assigned by the Board or President.</w:t>
      </w:r>
    </w:p>
    <w:p w:rsidRPr="005C75C5" w:rsidR="006C3BAA" w:rsidRDefault="00F82E53" w14:paraId="02EB8D4B" w14:textId="77777777">
      <w:r w:rsidRPr="005C75C5">
        <w:rPr>
          <w:b/>
        </w:rPr>
        <w:t>Section 6.04 Secretary</w:t>
      </w:r>
    </w:p>
    <w:p w:rsidRPr="005C75C5" w:rsidR="006C3BAA" w:rsidRDefault="00F82E53" w14:paraId="2198162B" w14:textId="77777777">
      <w:r w:rsidRPr="005C75C5">
        <w:t>The Secretary shall:</w:t>
      </w:r>
    </w:p>
    <w:p w:rsidRPr="005C75C5" w:rsidR="006C3BAA" w:rsidP="00A20717" w:rsidRDefault="00F82E53" w14:paraId="629731A2" w14:textId="77777777">
      <w:pPr>
        <w:spacing w:after="120"/>
        <w:ind w:left="504"/>
      </w:pPr>
      <w:r w:rsidRPr="005C75C5">
        <w:t>(a) Maintain minutes of all Membership, Board, and Committee meetings;</w:t>
      </w:r>
    </w:p>
    <w:p w:rsidRPr="005C75C5" w:rsidR="006C3BAA" w:rsidP="00A20717" w:rsidRDefault="00F82E53" w14:paraId="5D5805AB" w14:textId="77777777">
      <w:pPr>
        <w:spacing w:after="120"/>
        <w:ind w:left="504"/>
      </w:pPr>
      <w:r w:rsidRPr="005C75C5">
        <w:t>(b) Maintain attendance records;</w:t>
      </w:r>
    </w:p>
    <w:p w:rsidRPr="005C75C5" w:rsidR="006C3BAA" w:rsidP="00A20717" w:rsidRDefault="00F82E53" w14:paraId="14DE4797" w14:textId="77777777">
      <w:pPr>
        <w:spacing w:after="120"/>
        <w:ind w:left="504"/>
      </w:pPr>
      <w:r w:rsidRPr="005C75C5">
        <w:t>(c) Provide meeting notices;</w:t>
      </w:r>
    </w:p>
    <w:p w:rsidRPr="005C75C5" w:rsidR="006C3BAA" w:rsidP="00A20717" w:rsidRDefault="00F82E53" w14:paraId="2E6D36DC" w14:textId="77777777">
      <w:pPr>
        <w:spacing w:after="120"/>
        <w:ind w:left="504"/>
      </w:pPr>
      <w:r w:rsidRPr="005C75C5">
        <w:t>(d) Maintain official records;</w:t>
      </w:r>
    </w:p>
    <w:p w:rsidRPr="005C75C5" w:rsidR="006C3BAA" w:rsidP="00A20717" w:rsidRDefault="00F82E53" w14:paraId="2EDE68F2" w14:textId="77777777">
      <w:pPr>
        <w:spacing w:after="120"/>
        <w:ind w:left="504"/>
      </w:pPr>
      <w:r w:rsidRPr="005C75C5">
        <w:t>(e) Monitor attendance and notify Directors of attendance concerns; and</w:t>
      </w:r>
    </w:p>
    <w:p w:rsidRPr="005C75C5" w:rsidR="006C3BAA" w:rsidP="00A20717" w:rsidRDefault="00F82E53" w14:paraId="256CC948" w14:textId="77777777">
      <w:pPr>
        <w:spacing w:after="120"/>
        <w:ind w:left="504"/>
      </w:pPr>
      <w:r w:rsidRPr="005C75C5">
        <w:t>(f) Perform other duties assigned by the Board.</w:t>
      </w:r>
    </w:p>
    <w:p w:rsidRPr="005C75C5" w:rsidR="006C3BAA" w:rsidRDefault="00F82E53" w14:paraId="59729FED" w14:textId="77777777">
      <w:r w:rsidRPr="005C75C5">
        <w:t>The Secretary may appoint, with Board approval, another Director to assist with these responsibilities.</w:t>
      </w:r>
    </w:p>
    <w:p w:rsidRPr="005C75C5" w:rsidR="006C3BAA" w:rsidRDefault="00F82E53" w14:paraId="1D6E3FF6" w14:textId="77777777">
      <w:r w:rsidRPr="005C75C5">
        <w:rPr>
          <w:b/>
        </w:rPr>
        <w:t>Section 6.05 Treasurer</w:t>
      </w:r>
    </w:p>
    <w:p w:rsidRPr="005C75C5" w:rsidR="006C3BAA" w:rsidRDefault="00F82E53" w14:paraId="29987352" w14:textId="77777777">
      <w:r w:rsidRPr="005C75C5">
        <w:t>The Treasurer shall serve as the principal financial officer of HAYSA and shall:</w:t>
      </w:r>
    </w:p>
    <w:p w:rsidRPr="005C75C5" w:rsidR="006C3BAA" w:rsidP="00A20717" w:rsidRDefault="00F82E53" w14:paraId="588CD80B" w14:textId="77777777">
      <w:pPr>
        <w:spacing w:after="120"/>
        <w:ind w:left="504"/>
      </w:pPr>
      <w:r w:rsidRPr="005C75C5">
        <w:t>(a) Oversee financial accounts and records;</w:t>
      </w:r>
    </w:p>
    <w:p w:rsidRPr="005C75C5" w:rsidR="006C3BAA" w:rsidP="00A20717" w:rsidRDefault="00F82E53" w14:paraId="2E49143C" w14:textId="77777777">
      <w:pPr>
        <w:spacing w:after="120"/>
        <w:ind w:left="504"/>
      </w:pPr>
      <w:r w:rsidRPr="005C75C5">
        <w:t>(b) Prepare and present financial reports to the Board;</w:t>
      </w:r>
    </w:p>
    <w:p w:rsidRPr="005C75C5" w:rsidR="006C3BAA" w:rsidP="00A20717" w:rsidRDefault="00F82E53" w14:paraId="449A0D66" w14:textId="77777777">
      <w:pPr>
        <w:spacing w:after="120"/>
        <w:ind w:left="504"/>
      </w:pPr>
      <w:r w:rsidRPr="005C75C5">
        <w:t>(c) Assist in preparation of the annual budget;</w:t>
      </w:r>
    </w:p>
    <w:p w:rsidRPr="005C75C5" w:rsidR="006C3BAA" w:rsidP="00A20717" w:rsidRDefault="00F82E53" w14:paraId="6500E675" w14:textId="77777777">
      <w:pPr>
        <w:spacing w:after="120"/>
        <w:ind w:left="504"/>
      </w:pPr>
      <w:r w:rsidRPr="005C75C5">
        <w:t>(d) Monitor revenues and expenditures; and</w:t>
      </w:r>
    </w:p>
    <w:p w:rsidRPr="005C75C5" w:rsidR="006C3BAA" w:rsidP="00A20717" w:rsidRDefault="00F82E53" w14:paraId="6E95FFA0" w14:textId="77777777">
      <w:pPr>
        <w:spacing w:after="120"/>
        <w:ind w:left="504"/>
      </w:pPr>
      <w:r w:rsidRPr="005C75C5">
        <w:t>(e) Perform additional duties assigned by the Board.</w:t>
      </w:r>
    </w:p>
    <w:p w:rsidRPr="005C75C5" w:rsidR="006C3BAA" w:rsidRDefault="00F82E53" w14:paraId="0B7C9743" w14:textId="77777777">
      <w:r w:rsidRPr="005C75C5">
        <w:rPr>
          <w:b/>
        </w:rPr>
        <w:t>Section 6.06 Registrar</w:t>
      </w:r>
    </w:p>
    <w:p w:rsidRPr="005C75C5" w:rsidR="006C3BAA" w:rsidRDefault="00F82E53" w14:paraId="783C9EA6" w14:textId="31FBA54C">
      <w:r w:rsidRPr="005C75C5">
        <w:t>The Registrar shall</w:t>
      </w:r>
      <w:r w:rsidRPr="005C75C5" w:rsidR="4A9583A2">
        <w:t>:</w:t>
      </w:r>
    </w:p>
    <w:p w:rsidRPr="005C75C5" w:rsidR="006C3BAA" w:rsidP="00A20717" w:rsidRDefault="00F82E53" w14:paraId="219A30B7" w14:textId="114F1B39">
      <w:pPr>
        <w:pStyle w:val="ListParagraph"/>
        <w:numPr>
          <w:ilvl w:val="0"/>
          <w:numId w:val="12"/>
        </w:numPr>
        <w:spacing w:after="120"/>
        <w:ind w:left="720"/>
        <w:contextualSpacing w:val="0"/>
      </w:pPr>
      <w:r w:rsidRPr="005C75C5">
        <w:t>coordinate player registration</w:t>
      </w:r>
      <w:r w:rsidRPr="005C75C5" w:rsidR="50CC846C">
        <w:t>;</w:t>
      </w:r>
    </w:p>
    <w:p w:rsidRPr="005C75C5" w:rsidR="006C3BAA" w:rsidP="00A20717" w:rsidRDefault="00F82E53" w14:paraId="11333F81" w14:textId="21B5F877">
      <w:pPr>
        <w:pStyle w:val="ListParagraph"/>
        <w:numPr>
          <w:ilvl w:val="0"/>
          <w:numId w:val="12"/>
        </w:numPr>
        <w:spacing w:after="120"/>
        <w:ind w:left="720"/>
        <w:contextualSpacing w:val="0"/>
      </w:pPr>
      <w:r w:rsidRPr="005C75C5">
        <w:t>maintain registration records</w:t>
      </w:r>
      <w:r w:rsidRPr="005C75C5" w:rsidR="643D7385">
        <w:t>;</w:t>
      </w:r>
    </w:p>
    <w:p w:rsidRPr="005C75C5" w:rsidR="006C3BAA" w:rsidP="00A20717" w:rsidRDefault="00F82E53" w14:paraId="69973024" w14:textId="24F7347B">
      <w:pPr>
        <w:pStyle w:val="ListParagraph"/>
        <w:numPr>
          <w:ilvl w:val="0"/>
          <w:numId w:val="12"/>
        </w:numPr>
        <w:spacing w:after="120"/>
        <w:ind w:left="720"/>
        <w:contextualSpacing w:val="0"/>
      </w:pPr>
      <w:r w:rsidRPr="005C75C5">
        <w:t>ensure player eligibility</w:t>
      </w:r>
      <w:r w:rsidRPr="005C75C5" w:rsidR="1A589EEA">
        <w:t xml:space="preserve">; </w:t>
      </w:r>
      <w:r w:rsidRPr="005C75C5">
        <w:t xml:space="preserve">and </w:t>
      </w:r>
    </w:p>
    <w:p w:rsidRPr="005C75C5" w:rsidR="006C3BAA" w:rsidP="00A20717" w:rsidRDefault="00F82E53" w14:paraId="45C39BD0" w14:textId="6B624EB6">
      <w:pPr>
        <w:pStyle w:val="ListParagraph"/>
        <w:numPr>
          <w:ilvl w:val="0"/>
          <w:numId w:val="12"/>
        </w:numPr>
        <w:spacing w:after="120"/>
        <w:ind w:left="720"/>
        <w:contextualSpacing w:val="0"/>
      </w:pPr>
      <w:r w:rsidRPr="005C75C5">
        <w:t>coordinate required league and governing body submissions.</w:t>
      </w:r>
    </w:p>
    <w:p w:rsidRPr="005C75C5" w:rsidR="006C3BAA" w:rsidRDefault="00F82E53" w14:paraId="7C3D566C" w14:textId="77777777">
      <w:r w:rsidRPr="005C75C5">
        <w:rPr>
          <w:b/>
        </w:rPr>
        <w:t>Section 6.07 Risk Manager</w:t>
      </w:r>
    </w:p>
    <w:p w:rsidRPr="005C75C5" w:rsidR="006C3BAA" w:rsidRDefault="00F82E53" w14:paraId="0AC13EE3" w14:textId="684ED9BE">
      <w:r w:rsidRPr="005C75C5">
        <w:t>The Risk Manager shall</w:t>
      </w:r>
      <w:r w:rsidRPr="005C75C5" w:rsidR="632954E0">
        <w:t>:</w:t>
      </w:r>
    </w:p>
    <w:p w:rsidRPr="005C75C5" w:rsidR="006C3BAA" w:rsidP="00A20717" w:rsidRDefault="632954E0" w14:paraId="7CDE94FA" w14:textId="58B5C015">
      <w:pPr>
        <w:spacing w:after="120"/>
        <w:ind w:firstLine="360"/>
      </w:pPr>
      <w:r w:rsidRPr="005C75C5">
        <w:t>(a)</w:t>
      </w:r>
      <w:r w:rsidRPr="005C75C5" w:rsidR="76E9B7B5">
        <w:t xml:space="preserve"> </w:t>
      </w:r>
      <w:r w:rsidRPr="005C75C5" w:rsidR="00F82E53">
        <w:t>oversee compliance with MYSA requirements</w:t>
      </w:r>
      <w:r w:rsidRPr="005C75C5" w:rsidR="1B0B006E">
        <w:t>;</w:t>
      </w:r>
      <w:r w:rsidRPr="005C75C5" w:rsidR="00F82E53">
        <w:t xml:space="preserve"> </w:t>
      </w:r>
    </w:p>
    <w:p w:rsidRPr="005C75C5" w:rsidR="006C3BAA" w:rsidP="00A20717" w:rsidRDefault="4AA001CF" w14:paraId="63729F87" w14:textId="06FA0922">
      <w:pPr>
        <w:spacing w:after="120"/>
        <w:ind w:firstLine="360"/>
      </w:pPr>
      <w:r w:rsidRPr="005C75C5">
        <w:t xml:space="preserve">(b) </w:t>
      </w:r>
      <w:r w:rsidRPr="005C75C5" w:rsidR="00F82E53">
        <w:t>monitor volunteer eligibility requirements</w:t>
      </w:r>
      <w:r w:rsidRPr="005C75C5" w:rsidR="6EF0C1DD">
        <w:t xml:space="preserve">; </w:t>
      </w:r>
    </w:p>
    <w:p w:rsidRPr="005C75C5" w:rsidR="006C3BAA" w:rsidP="00A20717" w:rsidRDefault="6EF0C1DD" w14:paraId="58296199" w14:textId="26878F25">
      <w:pPr>
        <w:spacing w:after="120"/>
        <w:ind w:firstLine="360"/>
      </w:pPr>
      <w:r w:rsidRPr="005C75C5">
        <w:t xml:space="preserve">(c) </w:t>
      </w:r>
      <w:r w:rsidRPr="005C75C5" w:rsidR="00F82E53">
        <w:t>maintain governance documents</w:t>
      </w:r>
      <w:r w:rsidRPr="005C75C5" w:rsidR="738530F6">
        <w:t xml:space="preserve"> </w:t>
      </w:r>
      <w:r w:rsidRPr="005C75C5" w:rsidR="00F82E53">
        <w:t>and recommend revisions as necessary.</w:t>
      </w:r>
    </w:p>
    <w:p w:rsidRPr="005C75C5" w:rsidR="006C3BAA" w:rsidRDefault="00F82E53" w14:paraId="469207DE" w14:textId="77777777">
      <w:r w:rsidRPr="005C75C5">
        <w:rPr>
          <w:b/>
        </w:rPr>
        <w:t>Section 6.08 Assistant Treasurer</w:t>
      </w:r>
    </w:p>
    <w:p w:rsidRPr="005C75C5" w:rsidR="006C3BAA" w:rsidRDefault="00F82E53" w14:paraId="6B44AEF4" w14:textId="77777777">
      <w:r w:rsidRPr="005C75C5">
        <w:t>The Assistant Treasurer shall:</w:t>
      </w:r>
    </w:p>
    <w:p w:rsidRPr="005C75C5" w:rsidR="006C3BAA" w:rsidP="004A3D3F" w:rsidRDefault="00F82E53" w14:paraId="44F8C8A4" w14:textId="77777777">
      <w:pPr>
        <w:spacing w:after="120" w:line="240" w:lineRule="auto"/>
        <w:ind w:left="504" w:hanging="144"/>
      </w:pPr>
      <w:r w:rsidRPr="005C75C5">
        <w:t>(a) Assist the Treasurer in carrying out financial responsibilities;</w:t>
      </w:r>
    </w:p>
    <w:p w:rsidRPr="005C75C5" w:rsidR="006C3BAA" w:rsidP="004A3D3F" w:rsidRDefault="00F82E53" w14:paraId="17361B1D" w14:textId="77777777">
      <w:pPr>
        <w:spacing w:after="120" w:line="240" w:lineRule="auto"/>
        <w:ind w:left="504" w:hanging="144"/>
      </w:pPr>
      <w:r w:rsidRPr="005C75C5">
        <w:t>(b) Assume Treasurer duties in the Treasurer's absence; and</w:t>
      </w:r>
    </w:p>
    <w:p w:rsidR="006C3BAA" w:rsidP="004A3D3F" w:rsidRDefault="00F82E53" w14:paraId="11BAF1B8" w14:textId="77777777">
      <w:pPr>
        <w:spacing w:after="120" w:line="240" w:lineRule="auto"/>
        <w:ind w:left="504" w:hanging="144"/>
      </w:pPr>
      <w:r w:rsidRPr="005C75C5">
        <w:t>(c) Conduct an annual review of HAYSA financial records and present a report to the Board no later than July 31 of each year.</w:t>
      </w:r>
    </w:p>
    <w:p w:rsidRPr="005C75C5" w:rsidR="004A3D3F" w:rsidP="004A3D3F" w:rsidRDefault="004A3D3F" w14:paraId="557B1E13" w14:textId="77777777">
      <w:pPr>
        <w:spacing w:after="0" w:line="240" w:lineRule="auto"/>
        <w:ind w:left="504" w:hanging="144"/>
      </w:pPr>
    </w:p>
    <w:p w:rsidRPr="005C75C5" w:rsidR="006C3BAA" w:rsidRDefault="00F82E53" w14:paraId="4BD7CC93" w14:textId="77777777">
      <w:r w:rsidRPr="005C75C5">
        <w:rPr>
          <w:b/>
        </w:rPr>
        <w:t>Section 6.09 Coach Coordinator</w:t>
      </w:r>
    </w:p>
    <w:p w:rsidR="006F63AF" w:rsidRDefault="00F82E53" w14:paraId="4500CC54" w14:textId="77777777">
      <w:r w:rsidRPr="005C75C5">
        <w:t>The Coach Coordinator shall</w:t>
      </w:r>
      <w:r w:rsidRPr="005C75C5" w:rsidR="4AA106CB">
        <w:t>:</w:t>
      </w:r>
    </w:p>
    <w:p w:rsidR="003A4D1D" w:rsidP="00951DCF" w:rsidRDefault="00F82E53" w14:paraId="3CB3459A" w14:textId="77777777">
      <w:pPr>
        <w:pStyle w:val="ListParagraph"/>
        <w:numPr>
          <w:ilvl w:val="0"/>
          <w:numId w:val="11"/>
        </w:numPr>
      </w:pPr>
      <w:r w:rsidRPr="005C75C5">
        <w:t>assist with coach recruitment</w:t>
      </w:r>
      <w:r w:rsidR="006F63AF">
        <w:t xml:space="preserve">; </w:t>
      </w:r>
      <w:r w:rsidRPr="005C75C5">
        <w:t>coach communications</w:t>
      </w:r>
      <w:r w:rsidR="006F63AF">
        <w:t>;</w:t>
      </w:r>
    </w:p>
    <w:p w:rsidR="003A4D1D" w:rsidP="00951DCF" w:rsidRDefault="00F82E53" w14:paraId="328B1E91" w14:textId="77777777">
      <w:pPr>
        <w:pStyle w:val="ListParagraph"/>
        <w:numPr>
          <w:ilvl w:val="0"/>
          <w:numId w:val="11"/>
        </w:numPr>
      </w:pPr>
      <w:r w:rsidRPr="005C75C5">
        <w:t>coach development</w:t>
      </w:r>
      <w:r w:rsidR="003A4D1D">
        <w:t xml:space="preserve">; </w:t>
      </w:r>
    </w:p>
    <w:p w:rsidRPr="005C75C5" w:rsidR="006C3BAA" w:rsidP="00951DCF" w:rsidRDefault="00F82E53" w14:paraId="30D00E1A" w14:textId="465B2AF0">
      <w:pPr>
        <w:pStyle w:val="ListParagraph"/>
        <w:numPr>
          <w:ilvl w:val="0"/>
          <w:numId w:val="11"/>
        </w:numPr>
      </w:pPr>
      <w:r w:rsidRPr="005C75C5">
        <w:t>and coordination with Program Directors.</w:t>
      </w:r>
    </w:p>
    <w:p w:rsidRPr="005C75C5" w:rsidR="006C3BAA" w:rsidRDefault="00F82E53" w14:paraId="38B9C819" w14:textId="77777777">
      <w:r w:rsidRPr="005C75C5">
        <w:rPr>
          <w:b/>
        </w:rPr>
        <w:t>Section 6.10 Field and Equipment Manager</w:t>
      </w:r>
    </w:p>
    <w:p w:rsidR="008C5E43" w:rsidRDefault="00F82E53" w14:paraId="087AA593" w14:textId="77777777">
      <w:r w:rsidRPr="005C75C5">
        <w:t>The Field and Equipment Manager shall</w:t>
      </w:r>
      <w:r w:rsidR="008C5E43">
        <w:t>:</w:t>
      </w:r>
      <w:r w:rsidRPr="005C75C5">
        <w:t xml:space="preserve"> </w:t>
      </w:r>
    </w:p>
    <w:p w:rsidR="00412E26" w:rsidP="00412E26" w:rsidRDefault="00F82E53" w14:paraId="43E6E6B9" w14:textId="77777777">
      <w:pPr>
        <w:pStyle w:val="ListParagraph"/>
        <w:numPr>
          <w:ilvl w:val="0"/>
          <w:numId w:val="13"/>
        </w:numPr>
      </w:pPr>
      <w:r w:rsidRPr="005C75C5">
        <w:t>manage field permits</w:t>
      </w:r>
      <w:r w:rsidR="00412E26">
        <w:t>;</w:t>
      </w:r>
    </w:p>
    <w:p w:rsidR="00412E26" w:rsidP="00412E26" w:rsidRDefault="00F82E53" w14:paraId="4027DD58" w14:textId="551FE6D2">
      <w:pPr>
        <w:pStyle w:val="ListParagraph"/>
        <w:numPr>
          <w:ilvl w:val="0"/>
          <w:numId w:val="13"/>
        </w:numPr>
      </w:pPr>
      <w:r w:rsidRPr="005C75C5">
        <w:t>field usage</w:t>
      </w:r>
      <w:r w:rsidR="00412E26">
        <w:t xml:space="preserve">; </w:t>
      </w:r>
    </w:p>
    <w:p w:rsidR="00412E26" w:rsidP="00412E26" w:rsidRDefault="00F82E53" w14:paraId="0E357003" w14:textId="77777777">
      <w:pPr>
        <w:pStyle w:val="ListParagraph"/>
        <w:numPr>
          <w:ilvl w:val="0"/>
          <w:numId w:val="13"/>
        </w:numPr>
      </w:pPr>
      <w:r w:rsidRPr="005C75C5">
        <w:t>scheduling support</w:t>
      </w:r>
      <w:r w:rsidR="00412E26">
        <w:t>;</w:t>
      </w:r>
    </w:p>
    <w:p w:rsidR="00412E26" w:rsidP="00412E26" w:rsidRDefault="00F82E53" w14:paraId="228131BA" w14:textId="77777777">
      <w:pPr>
        <w:pStyle w:val="ListParagraph"/>
        <w:numPr>
          <w:ilvl w:val="0"/>
          <w:numId w:val="13"/>
        </w:numPr>
      </w:pPr>
      <w:r w:rsidRPr="005C75C5">
        <w:t>equipment inventory</w:t>
      </w:r>
      <w:r w:rsidR="00412E26">
        <w:t xml:space="preserve">; </w:t>
      </w:r>
    </w:p>
    <w:p w:rsidRPr="005C75C5" w:rsidR="006C3BAA" w:rsidP="00412E26" w:rsidRDefault="00F82E53" w14:paraId="4A3E39F4" w14:textId="2D6F50F2">
      <w:pPr>
        <w:pStyle w:val="ListParagraph"/>
        <w:numPr>
          <w:ilvl w:val="0"/>
          <w:numId w:val="13"/>
        </w:numPr>
      </w:pPr>
      <w:r w:rsidRPr="005C75C5">
        <w:t>and equipment maintenance.</w:t>
      </w:r>
    </w:p>
    <w:p w:rsidRPr="005C75C5" w:rsidR="006C3BAA" w:rsidRDefault="00F82E53" w14:paraId="50421B6F" w14:textId="77777777">
      <w:r w:rsidRPr="005C75C5">
        <w:rPr>
          <w:b/>
        </w:rPr>
        <w:t>Section 6.11 Mini Kicker Program Director</w:t>
      </w:r>
    </w:p>
    <w:p w:rsidRPr="005C75C5" w:rsidR="006C3BAA" w:rsidRDefault="00F82E53" w14:paraId="13234A58" w14:textId="77777777">
      <w:r w:rsidRPr="005C75C5">
        <w:t>The Mini Kicker Program Director shall oversee all aspects of the Mini Kicker Program.</w:t>
      </w:r>
    </w:p>
    <w:p w:rsidRPr="005C75C5" w:rsidR="006C3BAA" w:rsidRDefault="00F82E53" w14:paraId="4BE7BD5A" w14:textId="77777777">
      <w:r w:rsidRPr="005C75C5">
        <w:rPr>
          <w:b/>
        </w:rPr>
        <w:t>Section 6.12 Recreation Program Director</w:t>
      </w:r>
    </w:p>
    <w:p w:rsidRPr="005C75C5" w:rsidR="006C3BAA" w:rsidRDefault="00F82E53" w14:paraId="1458060E" w14:textId="77777777">
      <w:r w:rsidRPr="005C75C5">
        <w:t>The Recreation Program Director shall oversee all aspects of the recreational soccer program.</w:t>
      </w:r>
    </w:p>
    <w:p w:rsidRPr="005C75C5" w:rsidR="006C3BAA" w:rsidRDefault="00F82E53" w14:paraId="0FED1131" w14:textId="77777777">
      <w:r w:rsidRPr="005C75C5">
        <w:rPr>
          <w:b/>
        </w:rPr>
        <w:t>Section 6.13 Referee Coordinator</w:t>
      </w:r>
    </w:p>
    <w:p w:rsidRPr="005C75C5" w:rsidR="006C3BAA" w:rsidRDefault="00F82E53" w14:paraId="14B950EE" w14:textId="77777777">
      <w:r w:rsidRPr="005C75C5">
        <w:t>The Referee Coordinator shall recruit, train, and schedule referees for HAYSA programs and events.</w:t>
      </w:r>
    </w:p>
    <w:p w:rsidRPr="005C75C5" w:rsidR="006C3BAA" w:rsidRDefault="00F82E53" w14:paraId="246282EB" w14:textId="77777777">
      <w:r w:rsidRPr="005C75C5">
        <w:rPr>
          <w:b/>
        </w:rPr>
        <w:t>Section 6.14 Travel Program Director</w:t>
      </w:r>
    </w:p>
    <w:p w:rsidRPr="005C75C5" w:rsidR="006C3BAA" w:rsidRDefault="00F82E53" w14:paraId="72453DA5" w14:textId="77777777">
      <w:r w:rsidRPr="005C75C5">
        <w:t>The Travel Program Director shall oversee all aspects of the travel soccer program.</w:t>
      </w:r>
    </w:p>
    <w:p w:rsidRPr="005C75C5" w:rsidR="006C3BAA" w:rsidRDefault="00F82E53" w14:paraId="655ADFB2" w14:textId="77777777">
      <w:r w:rsidRPr="005C75C5">
        <w:rPr>
          <w:b/>
        </w:rPr>
        <w:t>Section 6.15 Volunteer and Concession Coordinator</w:t>
      </w:r>
    </w:p>
    <w:p w:rsidR="00B3651E" w:rsidRDefault="00F82E53" w14:paraId="6867F425" w14:textId="77777777">
      <w:r w:rsidRPr="005C75C5">
        <w:t>The Volunteer and Concession Coordinator shall</w:t>
      </w:r>
      <w:r w:rsidR="00B3651E">
        <w:t>:</w:t>
      </w:r>
      <w:r w:rsidRPr="005C75C5">
        <w:t xml:space="preserve"> </w:t>
      </w:r>
    </w:p>
    <w:p w:rsidR="00B3651E" w:rsidP="00AC7ABA" w:rsidRDefault="00F82E53" w14:paraId="4A749CED" w14:textId="77777777">
      <w:pPr>
        <w:pStyle w:val="ListParagraph"/>
        <w:numPr>
          <w:ilvl w:val="0"/>
          <w:numId w:val="14"/>
        </w:numPr>
      </w:pPr>
      <w:r w:rsidRPr="005C75C5">
        <w:t>coordinate volunteers</w:t>
      </w:r>
      <w:r w:rsidR="00B3651E">
        <w:t xml:space="preserve">; </w:t>
      </w:r>
    </w:p>
    <w:p w:rsidR="00AC7ABA" w:rsidP="00AC7ABA" w:rsidRDefault="00F82E53" w14:paraId="6156FAA0" w14:textId="77777777">
      <w:pPr>
        <w:pStyle w:val="ListParagraph"/>
        <w:numPr>
          <w:ilvl w:val="0"/>
          <w:numId w:val="14"/>
        </w:numPr>
      </w:pPr>
      <w:r w:rsidRPr="005C75C5">
        <w:t>manage concession operations</w:t>
      </w:r>
      <w:r w:rsidR="00AC7ABA">
        <w:t>;</w:t>
      </w:r>
      <w:r w:rsidRPr="005C75C5">
        <w:t xml:space="preserve"> and </w:t>
      </w:r>
    </w:p>
    <w:p w:rsidRPr="005C75C5" w:rsidR="006C3BAA" w:rsidP="00AC7ABA" w:rsidRDefault="00F82E53" w14:paraId="6A449A23" w14:textId="5EB859B9">
      <w:pPr>
        <w:pStyle w:val="ListParagraph"/>
        <w:numPr>
          <w:ilvl w:val="0"/>
          <w:numId w:val="14"/>
        </w:numPr>
      </w:pPr>
      <w:r w:rsidRPr="005C75C5">
        <w:t>assist with fundraising activities.</w:t>
      </w:r>
    </w:p>
    <w:p w:rsidRPr="005C75C5" w:rsidR="006C3BAA" w:rsidRDefault="00F82E53" w14:paraId="64DA0ED3" w14:textId="77777777">
      <w:r w:rsidRPr="005C75C5">
        <w:rPr>
          <w:b/>
        </w:rPr>
        <w:t>Section 6.16 Webmaster</w:t>
      </w:r>
    </w:p>
    <w:p w:rsidRPr="005C75C5" w:rsidR="006C3BAA" w:rsidRDefault="00F82E53" w14:paraId="1C7793E4" w14:textId="77777777">
      <w:r w:rsidRPr="005C75C5">
        <w:t>The Webmaster shall manage and maintain the HAYSA website and related electronic communication systems.</w:t>
      </w:r>
    </w:p>
    <w:p w:rsidRPr="005C75C5" w:rsidR="006C3BAA" w:rsidRDefault="00F82E53" w14:paraId="32714023" w14:textId="77777777">
      <w:r w:rsidRPr="005C75C5">
        <w:rPr>
          <w:b/>
        </w:rPr>
        <w:t>Section 6.17 President Pro Tem</w:t>
      </w:r>
    </w:p>
    <w:p w:rsidRPr="005C75C5" w:rsidR="006C3BAA" w:rsidRDefault="00F82E53" w14:paraId="3DB63BEF" w14:textId="77777777">
      <w:r w:rsidRPr="005C75C5">
        <w:t>In the absence of both the President and Vice President, the following order of succession shall apply:</w:t>
      </w:r>
    </w:p>
    <w:p w:rsidRPr="005C75C5" w:rsidR="006C3BAA" w:rsidRDefault="00F82E53" w14:paraId="132602AA" w14:textId="77777777">
      <w:pPr>
        <w:ind w:left="504"/>
      </w:pPr>
      <w:r w:rsidRPr="005C75C5">
        <w:t>(a) Secretary;</w:t>
      </w:r>
    </w:p>
    <w:p w:rsidRPr="005C75C5" w:rsidR="006C3BAA" w:rsidRDefault="00F82E53" w14:paraId="3440E822" w14:textId="77777777">
      <w:pPr>
        <w:ind w:left="504"/>
      </w:pPr>
      <w:r w:rsidRPr="005C75C5">
        <w:t>(b) Risk Manager;</w:t>
      </w:r>
    </w:p>
    <w:p w:rsidRPr="005C75C5" w:rsidR="006C3BAA" w:rsidRDefault="00F82E53" w14:paraId="391638EB" w14:textId="77777777">
      <w:pPr>
        <w:ind w:left="504"/>
      </w:pPr>
      <w:r w:rsidRPr="005C75C5">
        <w:t>(c) Treasurer; and</w:t>
      </w:r>
    </w:p>
    <w:p w:rsidRPr="005C75C5" w:rsidR="006C3BAA" w:rsidRDefault="00F82E53" w14:paraId="24925DAC" w14:textId="77777777">
      <w:pPr>
        <w:ind w:left="504"/>
      </w:pPr>
      <w:r w:rsidRPr="005C75C5">
        <w:t>(d) Registrar.</w:t>
      </w:r>
    </w:p>
    <w:p w:rsidRPr="005C75C5" w:rsidR="006C3BAA" w:rsidRDefault="00F82E53" w14:paraId="1E206235" w14:textId="77777777">
      <w:r w:rsidRPr="005C75C5">
        <w:rPr>
          <w:b/>
        </w:rPr>
        <w:t>Section 6.18 Honorary Outgoing President</w:t>
      </w:r>
    </w:p>
    <w:p w:rsidRPr="005C75C5" w:rsidR="006C3BAA" w:rsidRDefault="00F82E53" w14:paraId="5B64531C" w14:textId="77777777">
      <w:r w:rsidRPr="005C75C5">
        <w:t>An honorary non-voting position may be offered to the outgoing President for a period of one (1) year immediately following completion of the President's term.</w:t>
      </w:r>
    </w:p>
    <w:p w:rsidRPr="005C75C5" w:rsidR="006C3BAA" w:rsidRDefault="00F82E53" w14:paraId="32D53A6E" w14:textId="77777777">
      <w:r w:rsidRPr="005C75C5">
        <w:t>The honorary outgoing President may attend meetings and participate in discussions but shall not:</w:t>
      </w:r>
    </w:p>
    <w:p w:rsidRPr="005C75C5" w:rsidR="006C3BAA" w:rsidRDefault="00F82E53" w14:paraId="392F5EF6" w14:textId="77777777">
      <w:pPr>
        <w:ind w:left="504"/>
      </w:pPr>
      <w:r w:rsidRPr="005C75C5">
        <w:t>(a) Vote;</w:t>
      </w:r>
    </w:p>
    <w:p w:rsidRPr="005C75C5" w:rsidR="006C3BAA" w:rsidRDefault="00F82E53" w14:paraId="695AC467" w14:textId="77777777">
      <w:pPr>
        <w:ind w:left="504"/>
      </w:pPr>
      <w:r w:rsidRPr="005C75C5">
        <w:t>(b) Hold office; or</w:t>
      </w:r>
    </w:p>
    <w:p w:rsidRPr="005C75C5" w:rsidR="006C3BAA" w:rsidRDefault="00F82E53" w14:paraId="5A2D96BB" w14:textId="77777777">
      <w:pPr>
        <w:ind w:left="504"/>
      </w:pPr>
      <w:r w:rsidRPr="005C75C5">
        <w:t>(c) Be counted toward quorum.</w:t>
      </w:r>
    </w:p>
    <w:p w:rsidRPr="005C75C5" w:rsidR="006C3BAA" w:rsidRDefault="00F82E53" w14:paraId="21FC72AE" w14:textId="77777777">
      <w:r w:rsidRPr="005C75C5">
        <w:rPr>
          <w:b/>
        </w:rPr>
        <w:t>Section 6.19 Director Participation</w:t>
      </w:r>
    </w:p>
    <w:p w:rsidRPr="005C75C5" w:rsidR="006C3BAA" w:rsidRDefault="00F82E53" w14:paraId="6CC84284" w14:textId="77777777">
      <w:r w:rsidRPr="005C75C5">
        <w:t>All Directors shall assist with field setup, field breakdown, and other operational activities as reasonably required by HAYSA.</w:t>
      </w:r>
    </w:p>
    <w:p w:rsidRPr="005C75C5" w:rsidR="006C3BAA" w:rsidRDefault="00F82E53" w14:paraId="2D247BAD" w14:textId="77777777">
      <w:pPr>
        <w:jc w:val="center"/>
      </w:pPr>
      <w:r w:rsidRPr="005C75C5">
        <w:rPr>
          <w:b/>
          <w:sz w:val="28"/>
        </w:rPr>
        <w:t>ARTICLE VII</w:t>
      </w:r>
    </w:p>
    <w:p w:rsidRPr="005C75C5" w:rsidR="006C3BAA" w:rsidRDefault="00F82E53" w14:paraId="6BA96E31" w14:textId="77777777">
      <w:pPr>
        <w:jc w:val="center"/>
      </w:pPr>
      <w:r w:rsidRPr="005C75C5">
        <w:rPr>
          <w:b/>
          <w:sz w:val="24"/>
        </w:rPr>
        <w:t>COMMITTEES</w:t>
      </w:r>
    </w:p>
    <w:p w:rsidRPr="005C75C5" w:rsidR="006C3BAA" w:rsidRDefault="00F82E53" w14:paraId="5DF53F8A" w14:textId="77777777">
      <w:r w:rsidRPr="005C75C5">
        <w:rPr>
          <w:b/>
        </w:rPr>
        <w:t>Section 7.01 Formation of Committees</w:t>
      </w:r>
    </w:p>
    <w:p w:rsidRPr="005C75C5" w:rsidR="006C3BAA" w:rsidRDefault="00F82E53" w14:paraId="24938726" w14:textId="77777777">
      <w:r w:rsidRPr="005C75C5">
        <w:t>The Board of Directors may establish committees as necessary to further the purposes of HAYSA.</w:t>
      </w:r>
    </w:p>
    <w:p w:rsidRPr="005C75C5" w:rsidR="006C3BAA" w:rsidRDefault="00F82E53" w14:paraId="4AB47381" w14:textId="77777777">
      <w:r w:rsidRPr="005C75C5">
        <w:t>Committee proposals shall be presented to the Board of Directors for approval.</w:t>
      </w:r>
    </w:p>
    <w:p w:rsidRPr="005C75C5" w:rsidR="006C3BAA" w:rsidRDefault="00F82E53" w14:paraId="07BFE645" w14:textId="77777777">
      <w:r w:rsidRPr="005C75C5">
        <w:t>Committees shall report to the Board as requested by the President or Board of Directors.</w:t>
      </w:r>
    </w:p>
    <w:p w:rsidRPr="005C75C5" w:rsidR="006C3BAA" w:rsidRDefault="00F82E53" w14:paraId="67F1A6B4" w14:textId="77777777">
      <w:r w:rsidRPr="005C75C5">
        <w:rPr>
          <w:b/>
        </w:rPr>
        <w:t>Section 7.02 Dissolution of Committees</w:t>
      </w:r>
    </w:p>
    <w:p w:rsidRPr="005C75C5" w:rsidR="006C3BAA" w:rsidRDefault="00F82E53" w14:paraId="3C9525BA" w14:textId="77777777">
      <w:r w:rsidRPr="005C75C5">
        <w:t>The Board of Directors may dissolve any committee by majority vote when the committee has fulfilled its purpose or is no longer needed.</w:t>
      </w:r>
    </w:p>
    <w:p w:rsidRPr="005C75C5" w:rsidR="006C3BAA" w:rsidRDefault="00F82E53" w14:paraId="40D51E59" w14:textId="77777777">
      <w:r w:rsidRPr="005C75C5">
        <w:rPr>
          <w:b/>
        </w:rPr>
        <w:t>Section 7.03 Executive Committee</w:t>
      </w:r>
    </w:p>
    <w:p w:rsidRPr="005C75C5" w:rsidR="006C3BAA" w:rsidRDefault="00F82E53" w14:paraId="4AFA04A3" w14:textId="77777777">
      <w:r w:rsidRPr="005C75C5">
        <w:t>The Executive Committee shall consist of:</w:t>
      </w:r>
    </w:p>
    <w:p w:rsidRPr="005C75C5" w:rsidR="006C3BAA" w:rsidRDefault="00F82E53" w14:paraId="7490C5EA" w14:textId="77777777">
      <w:pPr>
        <w:ind w:left="504"/>
      </w:pPr>
      <w:r w:rsidRPr="005C75C5">
        <w:t>(a) President;</w:t>
      </w:r>
    </w:p>
    <w:p w:rsidRPr="005C75C5" w:rsidR="006C3BAA" w:rsidRDefault="00F82E53" w14:paraId="7105A701" w14:textId="77777777">
      <w:pPr>
        <w:ind w:left="504"/>
      </w:pPr>
      <w:r w:rsidRPr="005C75C5">
        <w:t>(b) Vice President;</w:t>
      </w:r>
    </w:p>
    <w:p w:rsidRPr="005C75C5" w:rsidR="006C3BAA" w:rsidRDefault="00F82E53" w14:paraId="00E4BB17" w14:textId="77777777">
      <w:pPr>
        <w:ind w:left="504"/>
      </w:pPr>
      <w:r w:rsidRPr="005C75C5">
        <w:t>(c) Secretary;</w:t>
      </w:r>
    </w:p>
    <w:p w:rsidRPr="005C75C5" w:rsidR="006C3BAA" w:rsidRDefault="00F82E53" w14:paraId="61EA2038" w14:textId="77777777">
      <w:pPr>
        <w:ind w:left="504"/>
      </w:pPr>
      <w:r w:rsidRPr="005C75C5">
        <w:t>(d) Treasurer;</w:t>
      </w:r>
    </w:p>
    <w:p w:rsidRPr="005C75C5" w:rsidR="006C3BAA" w:rsidRDefault="00F82E53" w14:paraId="6DE2ED64" w14:textId="77777777">
      <w:pPr>
        <w:ind w:left="504"/>
      </w:pPr>
      <w:r w:rsidRPr="005C75C5">
        <w:t>(e) Registrar; and</w:t>
      </w:r>
    </w:p>
    <w:p w:rsidRPr="005C75C5" w:rsidR="006C3BAA" w:rsidRDefault="00F82E53" w14:paraId="35BA13F5" w14:textId="77777777">
      <w:pPr>
        <w:ind w:left="504"/>
      </w:pPr>
      <w:r w:rsidRPr="005C75C5">
        <w:t>(f) Risk Manager.</w:t>
      </w:r>
    </w:p>
    <w:p w:rsidRPr="005C75C5" w:rsidR="006C3BAA" w:rsidRDefault="00F82E53" w14:paraId="3E9C76F2" w14:textId="77777777">
      <w:r w:rsidRPr="005C75C5">
        <w:t>Except for powers expressly reserved to the Membership or Board of Directors by law, the Constitution, or these Bylaws, the Executive Committee may act on behalf of the Board between Board Meetings when immediate action is required.</w:t>
      </w:r>
    </w:p>
    <w:p w:rsidRPr="005C75C5" w:rsidR="006C3BAA" w:rsidRDefault="00F82E53" w14:paraId="138BECB2" w14:textId="77777777">
      <w:r w:rsidRPr="005C75C5">
        <w:t>All actions taken by the Executive Committee shall be reported to the Board of Directors at its next regularly scheduled meeting and recorded in the meeting minutes.</w:t>
      </w:r>
    </w:p>
    <w:p w:rsidRPr="005C75C5" w:rsidR="006C3BAA" w:rsidRDefault="00F82E53" w14:paraId="7A0426C7" w14:textId="77777777">
      <w:r w:rsidRPr="005C75C5">
        <w:rPr>
          <w:b/>
        </w:rPr>
        <w:t>Section 7.04 Finance Committee</w:t>
      </w:r>
    </w:p>
    <w:p w:rsidRPr="005C75C5" w:rsidR="006C3BAA" w:rsidRDefault="00F82E53" w14:paraId="0C509064" w14:textId="77777777">
      <w:r w:rsidRPr="005C75C5">
        <w:t>The Finance Committee shall be chaired by the Treasurer and shall include at least three (3) additional Directors.</w:t>
      </w:r>
    </w:p>
    <w:p w:rsidRPr="005C75C5" w:rsidR="006C3BAA" w:rsidRDefault="00F82E53" w14:paraId="09BFF59E" w14:textId="77777777">
      <w:r w:rsidRPr="005C75C5">
        <w:t>The Finance Committee shall:</w:t>
      </w:r>
    </w:p>
    <w:p w:rsidRPr="005C75C5" w:rsidR="006C3BAA" w:rsidRDefault="00F82E53" w14:paraId="243E6519" w14:textId="77777777">
      <w:pPr>
        <w:ind w:left="504"/>
      </w:pPr>
      <w:r w:rsidRPr="005C75C5">
        <w:t>(a) Review fiscal procedures;</w:t>
      </w:r>
    </w:p>
    <w:p w:rsidRPr="005C75C5" w:rsidR="006C3BAA" w:rsidRDefault="00F82E53" w14:paraId="08B93A7D" w14:textId="77777777">
      <w:pPr>
        <w:ind w:left="504"/>
      </w:pPr>
      <w:r w:rsidRPr="005C75C5">
        <w:t>(b) Assist in the development of the annual budget;</w:t>
      </w:r>
    </w:p>
    <w:p w:rsidRPr="005C75C5" w:rsidR="006C3BAA" w:rsidRDefault="00F82E53" w14:paraId="45058F0C" w14:textId="77777777">
      <w:pPr>
        <w:ind w:left="504"/>
      </w:pPr>
      <w:r w:rsidRPr="005C75C5">
        <w:t>(c) Assist with fundraising planning and oversight;</w:t>
      </w:r>
    </w:p>
    <w:p w:rsidRPr="005C75C5" w:rsidR="006C3BAA" w:rsidRDefault="00F82E53" w14:paraId="014D9DB3" w14:textId="77777777">
      <w:pPr>
        <w:ind w:left="504"/>
      </w:pPr>
      <w:r w:rsidRPr="005C75C5">
        <w:t>(d) Review financial policies and internal controls; and</w:t>
      </w:r>
    </w:p>
    <w:p w:rsidRPr="005C75C5" w:rsidR="006C3BAA" w:rsidRDefault="00F82E53" w14:paraId="19A78371" w14:textId="77777777">
      <w:pPr>
        <w:ind w:left="504"/>
      </w:pPr>
      <w:r w:rsidRPr="005C75C5">
        <w:t>(e) Make recommendations to the Board concerning financial matters.</w:t>
      </w:r>
    </w:p>
    <w:p w:rsidRPr="005C75C5" w:rsidR="006C3BAA" w:rsidRDefault="00F82E53" w14:paraId="4A6A4E5C" w14:textId="77777777">
      <w:r w:rsidRPr="005C75C5">
        <w:t>The Board of Directors shall approve the annual budget and any material revisions thereto.</w:t>
      </w:r>
    </w:p>
    <w:p w:rsidRPr="005C75C5" w:rsidR="006C3BAA" w:rsidRDefault="00F82E53" w14:paraId="6B4CE943" w14:textId="77777777">
      <w:r w:rsidRPr="005C75C5">
        <w:t>Financial reports, annual financial summaries, and legally required public filings shall be made available upon written request in accordance with applicable law.</w:t>
      </w:r>
    </w:p>
    <w:p w:rsidRPr="005C75C5" w:rsidR="006C3BAA" w:rsidRDefault="00F82E53" w14:paraId="009D9C97" w14:textId="77777777">
      <w:r w:rsidRPr="005C75C5">
        <w:t>Confidential financial and personal information shall not be disclosed.</w:t>
      </w:r>
    </w:p>
    <w:p w:rsidRPr="005C75C5" w:rsidR="006C3BAA" w:rsidRDefault="00F82E53" w14:paraId="7061196A" w14:textId="77777777">
      <w:pPr>
        <w:jc w:val="center"/>
      </w:pPr>
      <w:r w:rsidRPr="005C75C5">
        <w:rPr>
          <w:b/>
          <w:sz w:val="28"/>
        </w:rPr>
        <w:t>ARTICLE VIII</w:t>
      </w:r>
    </w:p>
    <w:p w:rsidRPr="005C75C5" w:rsidR="006C3BAA" w:rsidRDefault="00F82E53" w14:paraId="5818DD42" w14:textId="77777777">
      <w:pPr>
        <w:jc w:val="center"/>
      </w:pPr>
      <w:r w:rsidRPr="005C75C5">
        <w:rPr>
          <w:b/>
          <w:sz w:val="24"/>
        </w:rPr>
        <w:t>RULES OF PLAY</w:t>
      </w:r>
    </w:p>
    <w:p w:rsidRPr="005C75C5" w:rsidR="006C3BAA" w:rsidRDefault="00F82E53" w14:paraId="4CED2097" w14:textId="77777777">
      <w:r w:rsidRPr="005C75C5">
        <w:rPr>
          <w:b/>
        </w:rPr>
        <w:t>Section 8.01 Rules of Play</w:t>
      </w:r>
    </w:p>
    <w:p w:rsidRPr="005C75C5" w:rsidR="006C3BAA" w:rsidRDefault="00F82E53" w14:paraId="4008251C" w14:textId="77777777">
      <w:r w:rsidRPr="005C75C5">
        <w:t>The Board of Directors shall adopt and maintain Rules of Play governing HAYSA programs.</w:t>
      </w:r>
    </w:p>
    <w:p w:rsidRPr="005C75C5" w:rsidR="006C3BAA" w:rsidRDefault="00F82E53" w14:paraId="13847E5D" w14:textId="77777777">
      <w:r w:rsidRPr="005C75C5">
        <w:t>The Rules of Play shall:</w:t>
      </w:r>
    </w:p>
    <w:p w:rsidRPr="005C75C5" w:rsidR="006C3BAA" w:rsidRDefault="00F82E53" w14:paraId="5CF06B6F" w14:textId="77777777">
      <w:pPr>
        <w:ind w:left="504"/>
      </w:pPr>
      <w:r w:rsidRPr="005C75C5">
        <w:t>(a) Be reviewed annually;</w:t>
      </w:r>
    </w:p>
    <w:p w:rsidRPr="005C75C5" w:rsidR="006C3BAA" w:rsidRDefault="00F82E53" w14:paraId="0E565D44" w14:textId="77777777">
      <w:pPr>
        <w:ind w:left="504"/>
      </w:pPr>
      <w:r w:rsidRPr="005C75C5">
        <w:t>(b) Be approved by the Board of Directors prior to each seasonal playing year;</w:t>
      </w:r>
    </w:p>
    <w:p w:rsidRPr="005C75C5" w:rsidR="006C3BAA" w:rsidRDefault="00F82E53" w14:paraId="2244A850" w14:textId="77777777">
      <w:pPr>
        <w:ind w:left="504"/>
      </w:pPr>
      <w:r w:rsidRPr="005C75C5">
        <w:t>(c) Remain consistent with applicable MYSA, USYS, and USSF requirements; and</w:t>
      </w:r>
    </w:p>
    <w:p w:rsidRPr="005C75C5" w:rsidR="006C3BAA" w:rsidRDefault="00F82E53" w14:paraId="3EF9B7CA" w14:textId="77777777">
      <w:pPr>
        <w:ind w:left="504"/>
      </w:pPr>
      <w:r w:rsidRPr="005C75C5">
        <w:t>(d) Include, at a minimum:</w:t>
      </w:r>
    </w:p>
    <w:p w:rsidRPr="005C75C5" w:rsidR="006C3BAA" w:rsidRDefault="00F82E53" w14:paraId="0D0C991A" w14:textId="77777777">
      <w:r w:rsidRPr="005C75C5">
        <w:t>Rules of the Game;</w:t>
      </w:r>
    </w:p>
    <w:p w:rsidRPr="005C75C5" w:rsidR="006C3BAA" w:rsidRDefault="00F82E53" w14:paraId="375A3052" w14:textId="77777777">
      <w:r w:rsidRPr="005C75C5">
        <w:t>Referee Responsibilities;</w:t>
      </w:r>
    </w:p>
    <w:p w:rsidRPr="005C75C5" w:rsidR="006C3BAA" w:rsidRDefault="00F82E53" w14:paraId="19FC8445" w14:textId="77777777">
      <w:r w:rsidRPr="005C75C5">
        <w:t>Coach Responsibilities; and</w:t>
      </w:r>
    </w:p>
    <w:p w:rsidRPr="005C75C5" w:rsidR="006C3BAA" w:rsidRDefault="00F82E53" w14:paraId="076B13AD" w14:textId="77777777">
      <w:r w:rsidRPr="005C75C5">
        <w:t>Code of Conduct provisions.</w:t>
      </w:r>
    </w:p>
    <w:p w:rsidRPr="005C75C5" w:rsidR="006C3BAA" w:rsidRDefault="00F82E53" w14:paraId="31DE87B3" w14:textId="77777777">
      <w:r w:rsidRPr="005C75C5">
        <w:rPr>
          <w:b/>
        </w:rPr>
        <w:t>Section 8.02 Amendments to Rules of Play</w:t>
      </w:r>
    </w:p>
    <w:p w:rsidRPr="005C75C5" w:rsidR="006C3BAA" w:rsidRDefault="00F82E53" w14:paraId="4108AC2E" w14:textId="77777777">
      <w:r w:rsidRPr="005C75C5">
        <w:t>The Board of Directors may amend the Rules of Play by majority vote at any Board Meeting.</w:t>
      </w:r>
    </w:p>
    <w:p w:rsidRPr="005C75C5" w:rsidR="006C3BAA" w:rsidRDefault="00F82E53" w14:paraId="2725493D" w14:textId="77777777">
      <w:pPr>
        <w:jc w:val="center"/>
      </w:pPr>
      <w:r w:rsidRPr="005C75C5">
        <w:rPr>
          <w:b/>
          <w:sz w:val="28"/>
        </w:rPr>
        <w:t>ARTICLE IX</w:t>
      </w:r>
    </w:p>
    <w:p w:rsidRPr="005C75C5" w:rsidR="006C3BAA" w:rsidRDefault="00F82E53" w14:paraId="5C77634E" w14:textId="77777777">
      <w:pPr>
        <w:jc w:val="center"/>
      </w:pPr>
      <w:r w:rsidRPr="005C75C5">
        <w:rPr>
          <w:b/>
          <w:sz w:val="24"/>
        </w:rPr>
        <w:t>AMENDMENTS</w:t>
      </w:r>
    </w:p>
    <w:p w:rsidRPr="005C75C5" w:rsidR="006C3BAA" w:rsidRDefault="00F82E53" w14:paraId="6B297F60" w14:textId="77777777">
      <w:r w:rsidRPr="005C75C5">
        <w:rPr>
          <w:b/>
        </w:rPr>
        <w:t>Section 9.01 Amendments to the Constitution</w:t>
      </w:r>
    </w:p>
    <w:p w:rsidRPr="005C75C5" w:rsidR="006C3BAA" w:rsidRDefault="00F82E53" w14:paraId="32087020" w14:textId="77777777">
      <w:r w:rsidRPr="005C75C5">
        <w:t>The HAYSA Constitution may be amended by majority vote of eligible Voting Members present at an Annual Meeting or properly called Special Meeting at which quorum is present.</w:t>
      </w:r>
    </w:p>
    <w:p w:rsidRPr="005C75C5" w:rsidR="006C3BAA" w:rsidP="5096337B" w:rsidRDefault="00F82E53" w14:paraId="08C244FC" w14:textId="4613CBAB">
      <w:pPr>
        <w:rPr>
          <w:b w:val="1"/>
          <w:bCs w:val="1"/>
        </w:rPr>
      </w:pPr>
      <w:r w:rsidRPr="5096337B" w:rsidR="1DE35531">
        <w:rPr>
          <w:b w:val="1"/>
          <w:bCs w:val="1"/>
        </w:rPr>
        <w:t xml:space="preserve">Section 9.02 Amendments to the </w:t>
      </w:r>
      <w:r w:rsidRPr="5096337B" w:rsidR="1DE35531">
        <w:rPr>
          <w:b w:val="1"/>
          <w:bCs w:val="1"/>
        </w:rPr>
        <w:t>Bylaws</w:t>
      </w:r>
    </w:p>
    <w:p w:rsidRPr="005C75C5" w:rsidR="006C3BAA" w:rsidP="5096337B" w:rsidRDefault="00F82E53" w14:paraId="54720978" w14:textId="44E7C861">
      <w:pPr>
        <w:pStyle w:val="Normal"/>
        <w:suppressLineNumbers w:val="0"/>
        <w:bidi w:val="0"/>
        <w:spacing w:before="0" w:beforeAutospacing="off" w:after="200" w:afterAutospacing="off" w:line="276" w:lineRule="auto"/>
        <w:ind w:left="0" w:right="0"/>
        <w:jc w:val="left"/>
      </w:pPr>
      <w:r w:rsidR="730FE349">
        <w:rPr/>
        <w:t>Any proposed amendments to t</w:t>
      </w:r>
      <w:r w:rsidR="1DE35531">
        <w:rPr/>
        <w:t xml:space="preserve">hese </w:t>
      </w:r>
      <w:r w:rsidR="1DE35531">
        <w:rPr/>
        <w:t>Bylaws</w:t>
      </w:r>
      <w:r w:rsidR="1DE35531">
        <w:rPr/>
        <w:t xml:space="preserve"> </w:t>
      </w:r>
      <w:r w:rsidR="5C39E550">
        <w:rPr/>
        <w:t xml:space="preserve">must be provided to </w:t>
      </w:r>
      <w:r w:rsidR="4CEE6577">
        <w:rPr/>
        <w:t>the Voting Members for comment before being adopted as final.  If no comments are made by any Voting Member</w:t>
      </w:r>
      <w:r w:rsidR="40F1CE2D">
        <w:rPr/>
        <w:t xml:space="preserve"> within fourteen (14) days of making the proposed amendments available</w:t>
      </w:r>
      <w:r w:rsidR="4CEE6577">
        <w:rPr/>
        <w:t xml:space="preserve">, the </w:t>
      </w:r>
      <w:r w:rsidR="4CEE6577">
        <w:rPr/>
        <w:t>Bylaws</w:t>
      </w:r>
      <w:r w:rsidR="5C39E550">
        <w:rPr/>
        <w:t xml:space="preserve"> </w:t>
      </w:r>
      <w:r w:rsidR="1DE35531">
        <w:rPr/>
        <w:t xml:space="preserve">may be amended by majority vote of </w:t>
      </w:r>
      <w:r w:rsidR="67F13022">
        <w:rPr/>
        <w:t>the Directors</w:t>
      </w:r>
      <w:r w:rsidR="1DE35531">
        <w:rPr/>
        <w:t xml:space="preserve"> at a</w:t>
      </w:r>
      <w:r w:rsidR="580D075A">
        <w:rPr/>
        <w:t xml:space="preserve"> Board</w:t>
      </w:r>
      <w:r w:rsidR="1DE35531">
        <w:rPr/>
        <w:t xml:space="preserve"> Meeting or properly called Special Meeting at which quorum is present.</w:t>
      </w:r>
      <w:r w:rsidR="63154FE1">
        <w:rPr/>
        <w:t xml:space="preserve">  </w:t>
      </w:r>
    </w:p>
    <w:p w:rsidRPr="005C75C5" w:rsidR="006C3BAA" w:rsidP="5096337B" w:rsidRDefault="00F82E53" w14:paraId="1FDD245B" w14:textId="6573D7FC">
      <w:pPr>
        <w:pStyle w:val="Normal"/>
        <w:suppressLineNumbers w:val="0"/>
        <w:bidi w:val="0"/>
        <w:spacing w:before="0" w:beforeAutospacing="off" w:after="200" w:afterAutospacing="off" w:line="276" w:lineRule="auto"/>
        <w:ind w:left="0" w:right="0"/>
        <w:jc w:val="left"/>
      </w:pPr>
      <w:r w:rsidR="63154FE1">
        <w:rPr/>
        <w:t>If comments are made by a Voting Member, comments shall be addressed before adopting the amended Bylaws</w:t>
      </w:r>
      <w:r w:rsidR="2985FD5C">
        <w:rPr/>
        <w:t xml:space="preserve"> by majority vote of the Directors. </w:t>
      </w:r>
    </w:p>
    <w:p w:rsidRPr="005C75C5" w:rsidR="006C3BAA" w:rsidRDefault="00F82E53" w14:paraId="01C8825E" w14:textId="77777777">
      <w:r w:rsidRPr="005C75C5">
        <w:rPr>
          <w:b/>
        </w:rPr>
        <w:t>Section 9.03 Notice of Proposed Amendments</w:t>
      </w:r>
    </w:p>
    <w:p w:rsidRPr="005C75C5" w:rsidR="006C3BAA" w:rsidRDefault="00F82E53" w14:paraId="043DF252" w14:textId="77777777">
      <w:r w:rsidRPr="005C75C5">
        <w:t>Notice of any proposed Constitutional or Bylaw amendment shall be distributed to the Membership no fewer than fourteen (14) days prior to the meeting at which the amendment will be considered.</w:t>
      </w:r>
    </w:p>
    <w:sectPr w:rsidRPr="005C75C5" w:rsidR="006C3BAA" w:rsidSect="00034616">
      <w:footerReference w:type="default" r:id="rId12"/>
      <w:pgSz w:w="12240" w:h="15840" w:orient="portrait"/>
      <w:pgMar w:top="1080" w:right="1440" w:bottom="1080" w:left="1440" w:header="720" w:footer="720" w:gutter="0"/>
      <w:cols w:space="720"/>
      <w:docGrid w:linePitch="360"/>
      <w:headerReference w:type="default" r:id="Ra83b19c79a6148e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84DAC" w:rsidP="00A03D5B" w:rsidRDefault="00084DAC" w14:paraId="5D691C62" w14:textId="77777777">
      <w:pPr>
        <w:spacing w:after="0" w:line="240" w:lineRule="auto"/>
      </w:pPr>
      <w:r>
        <w:separator/>
      </w:r>
    </w:p>
  </w:endnote>
  <w:endnote w:type="continuationSeparator" w:id="0">
    <w:p w:rsidR="00084DAC" w:rsidP="00A03D5B" w:rsidRDefault="00084DAC" w14:paraId="642DED9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8870895"/>
      <w:docPartObj>
        <w:docPartGallery w:val="Page Numbers (Bottom of Page)"/>
        <w:docPartUnique/>
      </w:docPartObj>
    </w:sdtPr>
    <w:sdtEndPr>
      <w:rPr>
        <w:noProof/>
      </w:rPr>
    </w:sdtEndPr>
    <w:sdtContent>
      <w:p w:rsidR="00A03D5B" w:rsidRDefault="00A03D5B" w14:paraId="4B7E03E2" w14:textId="7BD2BF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A03D5B" w:rsidRDefault="00A03D5B" w14:paraId="02D35A5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84DAC" w:rsidP="00A03D5B" w:rsidRDefault="00084DAC" w14:paraId="15468CBE" w14:textId="77777777">
      <w:pPr>
        <w:spacing w:after="0" w:line="240" w:lineRule="auto"/>
      </w:pPr>
      <w:r>
        <w:separator/>
      </w:r>
    </w:p>
  </w:footnote>
  <w:footnote w:type="continuationSeparator" w:id="0">
    <w:p w:rsidR="00084DAC" w:rsidP="00A03D5B" w:rsidRDefault="00084DAC" w14:paraId="53B60429"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096337B" w:rsidTr="5096337B" w14:paraId="17969625">
      <w:trPr>
        <w:trHeight w:val="300"/>
      </w:trPr>
      <w:tc>
        <w:tcPr>
          <w:tcW w:w="3120" w:type="dxa"/>
          <w:tcMar/>
        </w:tcPr>
        <w:p w:rsidR="5096337B" w:rsidP="5096337B" w:rsidRDefault="5096337B" w14:paraId="42BE40B1" w14:textId="238A2410">
          <w:pPr>
            <w:pStyle w:val="Header"/>
            <w:bidi w:val="0"/>
            <w:ind w:left="-115"/>
            <w:jc w:val="right"/>
          </w:pPr>
        </w:p>
      </w:tc>
      <w:tc>
        <w:tcPr>
          <w:tcW w:w="3120" w:type="dxa"/>
          <w:tcMar/>
        </w:tcPr>
        <w:p w:rsidR="5096337B" w:rsidP="5096337B" w:rsidRDefault="5096337B" w14:paraId="0CAE672C" w14:textId="023EAA61">
          <w:pPr>
            <w:pStyle w:val="Header"/>
            <w:bidi w:val="0"/>
            <w:jc w:val="center"/>
          </w:pPr>
        </w:p>
      </w:tc>
      <w:tc>
        <w:tcPr>
          <w:tcW w:w="3120" w:type="dxa"/>
          <w:tcMar/>
        </w:tcPr>
        <w:p w:rsidR="5096337B" w:rsidP="5096337B" w:rsidRDefault="5096337B" w14:paraId="72859FF5" w14:textId="75EB343C">
          <w:pPr>
            <w:pStyle w:val="Header"/>
            <w:bidi w:val="0"/>
            <w:ind w:right="-115"/>
            <w:jc w:val="right"/>
            <w:rPr>
              <w:i w:val="1"/>
              <w:iCs w:val="1"/>
            </w:rPr>
          </w:pPr>
          <w:r w:rsidRPr="5096337B" w:rsidR="5096337B">
            <w:rPr>
              <w:i w:val="1"/>
              <w:iCs w:val="1"/>
            </w:rPr>
            <w:t xml:space="preserve">For adoption on 7.22.26 </w:t>
          </w:r>
        </w:p>
      </w:tc>
    </w:tr>
  </w:tbl>
  <w:p w:rsidR="5096337B" w:rsidP="5096337B" w:rsidRDefault="5096337B" w14:paraId="19941050" w14:textId="21CAB13C">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abstractNum w:abstractNumId="9" w15:restartNumberingAfterBreak="0">
    <w:nsid w:val="1AF316BC"/>
    <w:multiLevelType w:val="hybridMultilevel"/>
    <w:tmpl w:val="C5A266EA"/>
    <w:lvl w:ilvl="0" w:tplc="4B80D322">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840668"/>
    <w:multiLevelType w:val="hybridMultilevel"/>
    <w:tmpl w:val="516C2D40"/>
    <w:lvl w:ilvl="0" w:tplc="4B80D322">
      <w:start w:val="1"/>
      <w:numFmt w:val="lowerLetter"/>
      <w:lvlText w:val="(%1)"/>
      <w:lvlJc w:val="left"/>
      <w:pPr>
        <w:ind w:left="720" w:hanging="360"/>
      </w:pPr>
    </w:lvl>
    <w:lvl w:ilvl="1" w:tplc="5A049FDC">
      <w:start w:val="1"/>
      <w:numFmt w:val="lowerLetter"/>
      <w:lvlText w:val="%2."/>
      <w:lvlJc w:val="left"/>
      <w:pPr>
        <w:ind w:left="1440" w:hanging="360"/>
      </w:pPr>
    </w:lvl>
    <w:lvl w:ilvl="2" w:tplc="6780FAB2">
      <w:start w:val="1"/>
      <w:numFmt w:val="lowerRoman"/>
      <w:lvlText w:val="%3."/>
      <w:lvlJc w:val="right"/>
      <w:pPr>
        <w:ind w:left="2160" w:hanging="180"/>
      </w:pPr>
    </w:lvl>
    <w:lvl w:ilvl="3" w:tplc="187465BC">
      <w:start w:val="1"/>
      <w:numFmt w:val="decimal"/>
      <w:lvlText w:val="%4."/>
      <w:lvlJc w:val="left"/>
      <w:pPr>
        <w:ind w:left="2880" w:hanging="360"/>
      </w:pPr>
    </w:lvl>
    <w:lvl w:ilvl="4" w:tplc="3DF411AE">
      <w:start w:val="1"/>
      <w:numFmt w:val="lowerLetter"/>
      <w:lvlText w:val="%5."/>
      <w:lvlJc w:val="left"/>
      <w:pPr>
        <w:ind w:left="3600" w:hanging="360"/>
      </w:pPr>
    </w:lvl>
    <w:lvl w:ilvl="5" w:tplc="C15432A0">
      <w:start w:val="1"/>
      <w:numFmt w:val="lowerRoman"/>
      <w:lvlText w:val="%6."/>
      <w:lvlJc w:val="right"/>
      <w:pPr>
        <w:ind w:left="4320" w:hanging="180"/>
      </w:pPr>
    </w:lvl>
    <w:lvl w:ilvl="6" w:tplc="7430E01E">
      <w:start w:val="1"/>
      <w:numFmt w:val="decimal"/>
      <w:lvlText w:val="%7."/>
      <w:lvlJc w:val="left"/>
      <w:pPr>
        <w:ind w:left="5040" w:hanging="360"/>
      </w:pPr>
    </w:lvl>
    <w:lvl w:ilvl="7" w:tplc="7CC63350">
      <w:start w:val="1"/>
      <w:numFmt w:val="lowerLetter"/>
      <w:lvlText w:val="%8."/>
      <w:lvlJc w:val="left"/>
      <w:pPr>
        <w:ind w:left="5760" w:hanging="360"/>
      </w:pPr>
    </w:lvl>
    <w:lvl w:ilvl="8" w:tplc="E3167136">
      <w:start w:val="1"/>
      <w:numFmt w:val="lowerRoman"/>
      <w:lvlText w:val="%9."/>
      <w:lvlJc w:val="right"/>
      <w:pPr>
        <w:ind w:left="6480" w:hanging="180"/>
      </w:pPr>
    </w:lvl>
  </w:abstractNum>
  <w:abstractNum w:abstractNumId="11" w15:restartNumberingAfterBreak="0">
    <w:nsid w:val="34805C29"/>
    <w:multiLevelType w:val="hybridMultilevel"/>
    <w:tmpl w:val="CB46C450"/>
    <w:lvl w:ilvl="0" w:tplc="4B80D322">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941E9D"/>
    <w:multiLevelType w:val="hybridMultilevel"/>
    <w:tmpl w:val="4650EA1A"/>
    <w:lvl w:ilvl="0" w:tplc="4B80D322">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37F06DB"/>
    <w:multiLevelType w:val="hybridMultilevel"/>
    <w:tmpl w:val="6E7E523E"/>
    <w:lvl w:ilvl="0" w:tplc="4B80D322">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9627651">
    <w:abstractNumId w:val="10"/>
  </w:num>
  <w:num w:numId="2" w16cid:durableId="2058158665">
    <w:abstractNumId w:val="8"/>
  </w:num>
  <w:num w:numId="3" w16cid:durableId="1557399951">
    <w:abstractNumId w:val="6"/>
  </w:num>
  <w:num w:numId="4" w16cid:durableId="141191690">
    <w:abstractNumId w:val="5"/>
  </w:num>
  <w:num w:numId="5" w16cid:durableId="531000305">
    <w:abstractNumId w:val="4"/>
  </w:num>
  <w:num w:numId="6" w16cid:durableId="483351830">
    <w:abstractNumId w:val="7"/>
  </w:num>
  <w:num w:numId="7" w16cid:durableId="1243951713">
    <w:abstractNumId w:val="3"/>
  </w:num>
  <w:num w:numId="8" w16cid:durableId="888960958">
    <w:abstractNumId w:val="2"/>
  </w:num>
  <w:num w:numId="9" w16cid:durableId="18942027">
    <w:abstractNumId w:val="1"/>
  </w:num>
  <w:num w:numId="10" w16cid:durableId="1303120852">
    <w:abstractNumId w:val="0"/>
  </w:num>
  <w:num w:numId="11" w16cid:durableId="2021273250">
    <w:abstractNumId w:val="11"/>
  </w:num>
  <w:num w:numId="12" w16cid:durableId="2144350943">
    <w:abstractNumId w:val="12"/>
  </w:num>
  <w:num w:numId="13" w16cid:durableId="966081239">
    <w:abstractNumId w:val="9"/>
  </w:num>
  <w:num w:numId="14" w16cid:durableId="15337683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06A8"/>
    <w:rsid w:val="00084DAC"/>
    <w:rsid w:val="0015074B"/>
    <w:rsid w:val="001A5C25"/>
    <w:rsid w:val="00242BE4"/>
    <w:rsid w:val="0029639D"/>
    <w:rsid w:val="00311A06"/>
    <w:rsid w:val="00326F90"/>
    <w:rsid w:val="00365EB5"/>
    <w:rsid w:val="003760D3"/>
    <w:rsid w:val="003A4D1D"/>
    <w:rsid w:val="00412E26"/>
    <w:rsid w:val="004A3D3F"/>
    <w:rsid w:val="00574DCB"/>
    <w:rsid w:val="005C51D3"/>
    <w:rsid w:val="005C75C5"/>
    <w:rsid w:val="005E5445"/>
    <w:rsid w:val="006101C1"/>
    <w:rsid w:val="00647B14"/>
    <w:rsid w:val="00683D6B"/>
    <w:rsid w:val="00697724"/>
    <w:rsid w:val="006C3BAA"/>
    <w:rsid w:val="006F63AF"/>
    <w:rsid w:val="00700E08"/>
    <w:rsid w:val="007A7669"/>
    <w:rsid w:val="0081403F"/>
    <w:rsid w:val="00834648"/>
    <w:rsid w:val="0089009D"/>
    <w:rsid w:val="008C5E43"/>
    <w:rsid w:val="00916624"/>
    <w:rsid w:val="00951DCF"/>
    <w:rsid w:val="009F57D3"/>
    <w:rsid w:val="00A03D5B"/>
    <w:rsid w:val="00A20717"/>
    <w:rsid w:val="00A21EB0"/>
    <w:rsid w:val="00A92093"/>
    <w:rsid w:val="00AA1D8D"/>
    <w:rsid w:val="00AA2837"/>
    <w:rsid w:val="00AC71CC"/>
    <w:rsid w:val="00AC7ABA"/>
    <w:rsid w:val="00B3651E"/>
    <w:rsid w:val="00B47730"/>
    <w:rsid w:val="00BF0B1D"/>
    <w:rsid w:val="00CB0664"/>
    <w:rsid w:val="00D202F0"/>
    <w:rsid w:val="00DB1E62"/>
    <w:rsid w:val="00F34EAB"/>
    <w:rsid w:val="00F3653A"/>
    <w:rsid w:val="00F81220"/>
    <w:rsid w:val="00F82E53"/>
    <w:rsid w:val="00FC693F"/>
    <w:rsid w:val="03FE07F7"/>
    <w:rsid w:val="04D11C3B"/>
    <w:rsid w:val="082D4CDC"/>
    <w:rsid w:val="0847A979"/>
    <w:rsid w:val="0AA232C7"/>
    <w:rsid w:val="14D76651"/>
    <w:rsid w:val="1A589EEA"/>
    <w:rsid w:val="1A64118F"/>
    <w:rsid w:val="1B0B006E"/>
    <w:rsid w:val="1BFCC34A"/>
    <w:rsid w:val="1DE35531"/>
    <w:rsid w:val="1E5FDCEF"/>
    <w:rsid w:val="20F1210D"/>
    <w:rsid w:val="24271D0E"/>
    <w:rsid w:val="28EE444E"/>
    <w:rsid w:val="2985FD5C"/>
    <w:rsid w:val="29893F29"/>
    <w:rsid w:val="2DDF38C5"/>
    <w:rsid w:val="3388CEC7"/>
    <w:rsid w:val="40F1CE2D"/>
    <w:rsid w:val="429D4786"/>
    <w:rsid w:val="44D8DFFD"/>
    <w:rsid w:val="4533B9E1"/>
    <w:rsid w:val="4A9583A2"/>
    <w:rsid w:val="4AA001CF"/>
    <w:rsid w:val="4AA106CB"/>
    <w:rsid w:val="4CEE6577"/>
    <w:rsid w:val="5096337B"/>
    <w:rsid w:val="50CC846C"/>
    <w:rsid w:val="54588448"/>
    <w:rsid w:val="55838851"/>
    <w:rsid w:val="580D075A"/>
    <w:rsid w:val="59DE1276"/>
    <w:rsid w:val="5ADA28AB"/>
    <w:rsid w:val="5C39E550"/>
    <w:rsid w:val="63154FE1"/>
    <w:rsid w:val="632954E0"/>
    <w:rsid w:val="643D7385"/>
    <w:rsid w:val="667702FC"/>
    <w:rsid w:val="66F07702"/>
    <w:rsid w:val="67F13022"/>
    <w:rsid w:val="6C498E89"/>
    <w:rsid w:val="6EF0C1DD"/>
    <w:rsid w:val="72A188C2"/>
    <w:rsid w:val="730FE349"/>
    <w:rsid w:val="738530F6"/>
    <w:rsid w:val="76E9B7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EF6956"/>
  <w14:defaultImageDpi w14:val="300"/>
  <w15:docId w15:val="{D7F19BB8-EFA0-4ABF-BCC6-B67CBA100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2"/>
      </w:numPr>
      <w:contextualSpacing/>
    </w:pPr>
  </w:style>
  <w:style w:type="paragraph" w:styleId="ListBullet2">
    <w:name w:val="List Bullet 2"/>
    <w:basedOn w:val="Normal"/>
    <w:uiPriority w:val="99"/>
    <w:unhideWhenUsed/>
    <w:rsid w:val="00326F90"/>
    <w:pPr>
      <w:numPr>
        <w:numId w:val="3"/>
      </w:numPr>
      <w:contextualSpacing/>
    </w:pPr>
  </w:style>
  <w:style w:type="paragraph" w:styleId="ListBullet3">
    <w:name w:val="List Bullet 3"/>
    <w:basedOn w:val="Normal"/>
    <w:uiPriority w:val="99"/>
    <w:unhideWhenUsed/>
    <w:rsid w:val="00326F90"/>
    <w:pPr>
      <w:numPr>
        <w:numId w:val="4"/>
      </w:numPr>
      <w:contextualSpacing/>
    </w:pPr>
  </w:style>
  <w:style w:type="paragraph" w:styleId="ListNumber">
    <w:name w:val="List Number"/>
    <w:basedOn w:val="Normal"/>
    <w:uiPriority w:val="99"/>
    <w:unhideWhenUsed/>
    <w:rsid w:val="00326F90"/>
    <w:pPr>
      <w:numPr>
        <w:numId w:val="6"/>
      </w:numPr>
      <w:contextualSpacing/>
    </w:pPr>
  </w:style>
  <w:style w:type="paragraph" w:styleId="ListNumber2">
    <w:name w:val="List Number 2"/>
    <w:basedOn w:val="Normal"/>
    <w:uiPriority w:val="99"/>
    <w:unhideWhenUsed/>
    <w:rsid w:val="0029639D"/>
    <w:pPr>
      <w:numPr>
        <w:numId w:val="7"/>
      </w:numPr>
      <w:contextualSpacing/>
    </w:pPr>
  </w:style>
  <w:style w:type="paragraph" w:styleId="ListNumber3">
    <w:name w:val="List Number 3"/>
    <w:basedOn w:val="Normal"/>
    <w:uiPriority w:val="99"/>
    <w:unhideWhenUsed/>
    <w:rsid w:val="0029639D"/>
    <w:pPr>
      <w:numPr>
        <w:numId w:val="8"/>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header" Target="header.xml" Id="Ra83b19c79a6148e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d1c33c01-2d5c-4047-940d-40b4024e1f38">
      <Terms xmlns="http://schemas.microsoft.com/office/infopath/2007/PartnerControls"/>
    </lcf76f155ced4ddcb4097134ff3c332f>
    <TaxCatchAll xmlns="86c0d997-e668-4cae-bc50-9b260cc4cc18" xsi:nil="true"/>
    <_ip_UnifiedCompliancePolicyProperties xmlns="http://schemas.microsoft.com/sharepoint/v3" xsi:nil="true"/>
    <Comments xmlns="d1c33c01-2d5c-4047-940d-40b4024e1f3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E24E2B95FAF254D8BF86A32EED9BB88" ma:contentTypeVersion="23" ma:contentTypeDescription="Create a new document." ma:contentTypeScope="" ma:versionID="a399064cc694386abb4e1d71d08b1efd">
  <xsd:schema xmlns:xsd="http://www.w3.org/2001/XMLSchema" xmlns:xs="http://www.w3.org/2001/XMLSchema" xmlns:p="http://schemas.microsoft.com/office/2006/metadata/properties" xmlns:ns1="http://schemas.microsoft.com/sharepoint/v3" xmlns:ns2="d1c33c01-2d5c-4047-940d-40b4024e1f38" xmlns:ns3="86c0d997-e668-4cae-bc50-9b260cc4cc18" targetNamespace="http://schemas.microsoft.com/office/2006/metadata/properties" ma:root="true" ma:fieldsID="2c39031635293b9b6ab241d1e9a140b7" ns1:_="" ns2:_="" ns3:_="">
    <xsd:import namespace="http://schemas.microsoft.com/sharepoint/v3"/>
    <xsd:import namespace="d1c33c01-2d5c-4047-940d-40b4024e1f38"/>
    <xsd:import namespace="86c0d997-e668-4cae-bc50-9b260cc4cc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Location" minOccurs="0"/>
                <xsd:element ref="ns2:Comments" minOccurs="0"/>
                <xsd:element ref="ns2:MediaServiceObjectDetectorVersions" minOccurs="0"/>
                <xsd:element ref="ns1:_ip_UnifiedCompliancePolicyProperties" minOccurs="0"/>
                <xsd:element ref="ns1:_ip_UnifiedCompliancePolicyUIAc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c33c01-2d5c-4047-940d-40b4024e1f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1edaf98-933d-48b7-9af8-6bdbb703d06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Comments" ma:index="24" nillable="true" ma:displayName="Comments" ma:format="Dropdown" ma:internalName="Comments">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c0d997-e668-4cae-bc50-9b260cc4cc1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2a4d400-585d-42f8-a7e3-fdef5a2505e9}" ma:internalName="TaxCatchAll" ma:showField="CatchAllData" ma:web="86c0d997-e668-4cae-bc50-9b260cc4cc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BE1F01-CF83-4F2C-9562-751B81300CB9}">
  <ds:schemaRefs>
    <ds:schemaRef ds:uri="http://schemas.microsoft.com/office/2006/metadata/properties"/>
    <ds:schemaRef ds:uri="http://schemas.microsoft.com/office/infopath/2007/PartnerControls"/>
    <ds:schemaRef ds:uri="http://schemas.microsoft.com/sharepoint/v3"/>
    <ds:schemaRef ds:uri="d1c33c01-2d5c-4047-940d-40b4024e1f38"/>
    <ds:schemaRef ds:uri="86c0d997-e668-4cae-bc50-9b260cc4cc18"/>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4F32922A-0648-40E7-8F13-B696ED1332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1c33c01-2d5c-4047-940d-40b4024e1f38"/>
    <ds:schemaRef ds:uri="86c0d997-e668-4cae-bc50-9b260cc4cc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78AD34-3C62-43C8-9126-68BC1FBCA59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Caron, Kayla</lastModifiedBy>
  <revision>29</revision>
  <dcterms:created xsi:type="dcterms:W3CDTF">2026-05-31T13:17:00.0000000Z</dcterms:created>
  <dcterms:modified xsi:type="dcterms:W3CDTF">2026-06-18T03:57:26.8516312Z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0d5c4f4-7a29-4385-b7a5-afbe2154ae6f_Enabled">
    <vt:lpwstr>true</vt:lpwstr>
  </property>
  <property fmtid="{D5CDD505-2E9C-101B-9397-08002B2CF9AE}" pid="3" name="MSIP_Label_b0d5c4f4-7a29-4385-b7a5-afbe2154ae6f_SetDate">
    <vt:lpwstr>2026-05-31T10:17:25Z</vt:lpwstr>
  </property>
  <property fmtid="{D5CDD505-2E9C-101B-9397-08002B2CF9AE}" pid="4" name="MSIP_Label_b0d5c4f4-7a29-4385-b7a5-afbe2154ae6f_Method">
    <vt:lpwstr>Standard</vt:lpwstr>
  </property>
  <property fmtid="{D5CDD505-2E9C-101B-9397-08002B2CF9AE}" pid="5" name="MSIP_Label_b0d5c4f4-7a29-4385-b7a5-afbe2154ae6f_Name">
    <vt:lpwstr>Confidential</vt:lpwstr>
  </property>
  <property fmtid="{D5CDD505-2E9C-101B-9397-08002B2CF9AE}" pid="6" name="MSIP_Label_b0d5c4f4-7a29-4385-b7a5-afbe2154ae6f_SiteId">
    <vt:lpwstr>2dfb2f0b-4d21-4268-9559-72926144c918</vt:lpwstr>
  </property>
  <property fmtid="{D5CDD505-2E9C-101B-9397-08002B2CF9AE}" pid="7" name="MSIP_Label_b0d5c4f4-7a29-4385-b7a5-afbe2154ae6f_ActionId">
    <vt:lpwstr>1cae66b6-d034-4117-a685-fbc3d6258a07</vt:lpwstr>
  </property>
  <property fmtid="{D5CDD505-2E9C-101B-9397-08002B2CF9AE}" pid="8" name="MSIP_Label_b0d5c4f4-7a29-4385-b7a5-afbe2154ae6f_ContentBits">
    <vt:lpwstr>0</vt:lpwstr>
  </property>
  <property fmtid="{D5CDD505-2E9C-101B-9397-08002B2CF9AE}" pid="9" name="MSIP_Label_b0d5c4f4-7a29-4385-b7a5-afbe2154ae6f_Tag">
    <vt:lpwstr>10, 3, 0, 1</vt:lpwstr>
  </property>
  <property fmtid="{D5CDD505-2E9C-101B-9397-08002B2CF9AE}" pid="10" name="ContentTypeId">
    <vt:lpwstr>0x010100FE24E2B95FAF254D8BF86A32EED9BB88</vt:lpwstr>
  </property>
  <property fmtid="{D5CDD505-2E9C-101B-9397-08002B2CF9AE}" pid="11" name="MediaServiceImageTags">
    <vt:lpwstr/>
  </property>
</Properties>
</file>